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e"/>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18"/>
        <w:gridCol w:w="504"/>
        <w:gridCol w:w="504"/>
        <w:gridCol w:w="504"/>
        <w:gridCol w:w="504"/>
        <w:gridCol w:w="504"/>
        <w:gridCol w:w="504"/>
        <w:gridCol w:w="504"/>
        <w:gridCol w:w="504"/>
        <w:gridCol w:w="504"/>
      </w:tblGrid>
      <w:tr w:rsidR="00B33B54" w:rsidRPr="00B33B54" w14:paraId="08384813" w14:textId="62CDBD2F" w:rsidTr="009B6160">
        <w:trPr>
          <w:trHeight w:val="557"/>
        </w:trPr>
        <w:tc>
          <w:tcPr>
            <w:tcW w:w="1418" w:type="dxa"/>
            <w:tcBorders>
              <w:top w:val="nil"/>
              <w:left w:val="nil"/>
              <w:bottom w:val="nil"/>
            </w:tcBorders>
            <w:vAlign w:val="center"/>
          </w:tcPr>
          <w:p w14:paraId="4A0680E6" w14:textId="77777777" w:rsidR="00B33B54" w:rsidRPr="00B33B54" w:rsidRDefault="00B33B54" w:rsidP="009B6160">
            <w:pPr>
              <w:rPr>
                <w:rFonts w:ascii="ＭＳ Ｐゴシック" w:eastAsia="ＭＳ Ｐゴシック" w:hAnsi="ＭＳ Ｐゴシック"/>
                <w:bCs/>
                <w:color w:val="A6A6A6" w:themeColor="background1" w:themeShade="A6"/>
                <w:szCs w:val="18"/>
                <w:lang w:eastAsia="ja-JP"/>
              </w:rPr>
            </w:pPr>
            <w:r w:rsidRPr="00B33B54">
              <w:rPr>
                <w:rFonts w:ascii="ＭＳ Ｐゴシック" w:eastAsia="ＭＳ Ｐゴシック" w:hAnsi="ＭＳ Ｐゴシック" w:hint="eastAsia"/>
                <w:bCs/>
                <w:color w:val="A6A6A6" w:themeColor="background1" w:themeShade="A6"/>
                <w:szCs w:val="18"/>
                <w:lang w:eastAsia="ja-JP"/>
              </w:rPr>
              <w:t>患者ID</w:t>
            </w:r>
          </w:p>
          <w:p w14:paraId="285C65B6" w14:textId="0A1DCA37" w:rsidR="00B33B54" w:rsidRPr="00B33B54" w:rsidRDefault="00B33B54" w:rsidP="009B6160">
            <w:pP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Cs w:val="18"/>
                <w:lang w:eastAsia="ja-JP"/>
              </w:rPr>
              <w:t>※当院記入欄</w:t>
            </w:r>
          </w:p>
        </w:tc>
        <w:tc>
          <w:tcPr>
            <w:tcW w:w="504" w:type="dxa"/>
            <w:vAlign w:val="center"/>
          </w:tcPr>
          <w:p w14:paraId="7BB6CF01" w14:textId="795C34D4"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2F305C0A"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6D47BD14"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742D931C"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tcBorders>
              <w:top w:val="nil"/>
              <w:bottom w:val="nil"/>
            </w:tcBorders>
            <w:vAlign w:val="center"/>
          </w:tcPr>
          <w:p w14:paraId="13719A47" w14:textId="3EED92E1"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 w:val="24"/>
                <w:szCs w:val="24"/>
                <w:lang w:eastAsia="ja-JP"/>
              </w:rPr>
              <w:t>－</w:t>
            </w:r>
          </w:p>
        </w:tc>
        <w:tc>
          <w:tcPr>
            <w:tcW w:w="504" w:type="dxa"/>
            <w:vAlign w:val="center"/>
          </w:tcPr>
          <w:p w14:paraId="4DEC7568"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3181F15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4CC71D8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09DF9A5B"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r>
    </w:tbl>
    <w:p w14:paraId="412C132D" w14:textId="4F95EE6B" w:rsidR="0050190E" w:rsidRPr="003540E2" w:rsidRDefault="0059098E" w:rsidP="00325456">
      <w:pPr>
        <w:spacing w:beforeLines="70" w:before="168" w:after="0" w:line="240" w:lineRule="auto"/>
        <w:jc w:val="center"/>
        <w:rPr>
          <w:rFonts w:ascii="ＭＳ Ｐゴシック" w:eastAsia="ＭＳ Ｐゴシック" w:hAnsi="ＭＳ Ｐゴシック"/>
          <w:lang w:eastAsia="ja-JP"/>
        </w:rPr>
      </w:pPr>
      <w:r w:rsidRPr="0059098E">
        <w:rPr>
          <w:rFonts w:ascii="ＭＳ Ｐゴシック" w:eastAsia="ＭＳ Ｐゴシック" w:hAnsi="ＭＳ Ｐゴシック"/>
          <w:b/>
          <w:sz w:val="34"/>
          <w:lang w:eastAsia="ja-JP"/>
        </w:rPr>
        <w:t>CT</w:t>
      </w:r>
      <w:r w:rsidRPr="0059098E">
        <w:rPr>
          <w:rFonts w:ascii="ＭＳ Ｐゴシック" w:eastAsia="ＭＳ Ｐゴシック" w:hAnsi="ＭＳ Ｐゴシック" w:hint="eastAsia"/>
          <w:b/>
          <w:sz w:val="34"/>
          <w:lang w:eastAsia="ja-JP"/>
        </w:rPr>
        <w:t>検査（単純）</w:t>
      </w:r>
      <w:r>
        <w:rPr>
          <w:rFonts w:ascii="ＭＳ Ｐゴシック" w:eastAsia="ＭＳ Ｐゴシック" w:hAnsi="ＭＳ Ｐゴシック" w:hint="eastAsia"/>
          <w:b/>
          <w:sz w:val="34"/>
          <w:lang w:eastAsia="ja-JP"/>
        </w:rPr>
        <w:t xml:space="preserve">申込書 兼 </w:t>
      </w:r>
      <w:r w:rsidR="002110ED" w:rsidRPr="00663FCD">
        <w:rPr>
          <w:rFonts w:asciiTheme="majorEastAsia" w:eastAsiaTheme="majorEastAsia" w:hAnsiTheme="majorEastAsia" w:hint="eastAsia"/>
          <w:b/>
          <w:sz w:val="34"/>
          <w:lang w:eastAsia="ja-JP"/>
        </w:rPr>
        <w:t>診療情報提供書</w:t>
      </w:r>
    </w:p>
    <w:p w14:paraId="577985D5" w14:textId="1DC23283" w:rsidR="009B6160" w:rsidRDefault="009B6160" w:rsidP="004E5DE0">
      <w:pPr>
        <w:spacing w:beforeLines="100" w:before="240" w:afterLines="50" w:after="120" w:line="240" w:lineRule="auto"/>
        <w:jc w:val="right"/>
        <w:rPr>
          <w:rFonts w:ascii="ＭＳ ゴシック" w:eastAsia="ＭＳ ゴシック" w:hAnsi="ＭＳ ゴシック"/>
          <w:sz w:val="24"/>
          <w:szCs w:val="24"/>
          <w:lang w:eastAsia="ja-JP"/>
        </w:rPr>
      </w:pPr>
      <w:r>
        <w:rPr>
          <w:rFonts w:ascii="ＭＳ ゴシック" w:eastAsia="ＭＳ ゴシック" w:hAnsi="ＭＳ ゴシック" w:hint="eastAsia"/>
          <w:sz w:val="24"/>
          <w:szCs w:val="24"/>
          <w:lang w:eastAsia="ja-JP"/>
        </w:rPr>
        <w:t>年　　　月　　　日</w:t>
      </w:r>
    </w:p>
    <w:p w14:paraId="3E189924" w14:textId="50B7D3D7" w:rsidR="004E5DE0" w:rsidRDefault="004E5DE0" w:rsidP="004E5DE0">
      <w:pPr>
        <w:spacing w:afterLines="150" w:after="360" w:line="240" w:lineRule="auto"/>
        <w:rPr>
          <w:rFonts w:ascii="ＭＳ ゴシック" w:eastAsia="ＭＳ ゴシック" w:hAnsi="ＭＳ ゴシック"/>
          <w:sz w:val="24"/>
          <w:szCs w:val="24"/>
          <w:lang w:eastAsia="ja-JP"/>
        </w:rPr>
      </w:pPr>
      <w:r w:rsidRPr="001B73AA">
        <w:rPr>
          <w:rFonts w:ascii="ＭＳ ゴシック" w:eastAsia="ＭＳ ゴシック" w:hAnsi="ＭＳ ゴシック" w:hint="eastAsia"/>
          <w:bCs/>
          <w:sz w:val="24"/>
          <w:szCs w:val="24"/>
          <w:u w:val="single"/>
          <w:lang w:eastAsia="ja-JP"/>
        </w:rPr>
        <w:t>天理よろづ相談所病院　放射線科　担当医　先生</w:t>
      </w:r>
    </w:p>
    <w:p w14:paraId="6FC76AE4" w14:textId="0E6A652F" w:rsidR="00295DA3" w:rsidRPr="00A52CB1" w:rsidRDefault="00295DA3" w:rsidP="00AE2B96">
      <w:pPr>
        <w:spacing w:after="0" w:line="240" w:lineRule="auto"/>
        <w:rPr>
          <w:rFonts w:ascii="ＭＳ Ｐゴシック" w:eastAsia="ＭＳ Ｐゴシック" w:hAnsi="ＭＳ Ｐゴシック"/>
          <w:bCs/>
          <w:sz w:val="24"/>
          <w:szCs w:val="24"/>
          <w:lang w:eastAsia="ja-JP"/>
        </w:rPr>
      </w:pPr>
      <w:r>
        <w:rPr>
          <w:rFonts w:ascii="ＭＳ Ｐゴシック" w:eastAsia="ＭＳ Ｐゴシック" w:hAnsi="ＭＳ Ｐゴシック" w:hint="eastAsia"/>
          <w:bCs/>
          <w:sz w:val="24"/>
          <w:szCs w:val="24"/>
          <w:lang w:eastAsia="ja-JP"/>
        </w:rPr>
        <w:t>紹介元医療機関名</w:t>
      </w:r>
    </w:p>
    <w:tbl>
      <w:tblPr>
        <w:tblStyle w:val="afe"/>
        <w:tblW w:w="10490" w:type="dxa"/>
        <w:tblInd w:w="-1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560"/>
        <w:gridCol w:w="3827"/>
        <w:gridCol w:w="425"/>
        <w:gridCol w:w="1276"/>
        <w:gridCol w:w="3402"/>
      </w:tblGrid>
      <w:tr w:rsidR="00295DA3" w:rsidRPr="00891E4A" w14:paraId="00323D67" w14:textId="77777777" w:rsidTr="002B546A">
        <w:trPr>
          <w:trHeight w:val="601"/>
        </w:trPr>
        <w:tc>
          <w:tcPr>
            <w:tcW w:w="1560" w:type="dxa"/>
            <w:vAlign w:val="center"/>
          </w:tcPr>
          <w:p w14:paraId="6E969B15" w14:textId="020F7612" w:rsidR="00295DA3" w:rsidRDefault="00295DA3" w:rsidP="00AE2B96">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医療機関名</w:t>
            </w:r>
          </w:p>
        </w:tc>
        <w:tc>
          <w:tcPr>
            <w:tcW w:w="4252" w:type="dxa"/>
            <w:gridSpan w:val="2"/>
            <w:vAlign w:val="center"/>
          </w:tcPr>
          <w:p w14:paraId="7D9EB37D" w14:textId="497A6D5E" w:rsidR="00295DA3" w:rsidRPr="004E5DE0" w:rsidRDefault="00295DA3" w:rsidP="00295DA3">
            <w:pPr>
              <w:rPr>
                <w:rFonts w:asciiTheme="minorEastAsia" w:eastAsiaTheme="minorEastAsia" w:hAnsiTheme="minorEastAsia"/>
                <w:sz w:val="21"/>
                <w:szCs w:val="21"/>
                <w:lang w:eastAsia="ja-JP"/>
              </w:rPr>
            </w:pPr>
            <w:bookmarkStart w:id="0" w:name="_GoBack"/>
            <w:bookmarkEnd w:id="0"/>
          </w:p>
        </w:tc>
        <w:tc>
          <w:tcPr>
            <w:tcW w:w="1276" w:type="dxa"/>
            <w:vAlign w:val="center"/>
          </w:tcPr>
          <w:p w14:paraId="4C58AC82" w14:textId="04C3EF16" w:rsidR="00295DA3" w:rsidRDefault="00AE2B96" w:rsidP="00AE2B96">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医師名</w:t>
            </w:r>
          </w:p>
        </w:tc>
        <w:tc>
          <w:tcPr>
            <w:tcW w:w="3402" w:type="dxa"/>
            <w:vAlign w:val="center"/>
          </w:tcPr>
          <w:p w14:paraId="00DED8DD" w14:textId="331C3925" w:rsidR="00295DA3" w:rsidRPr="004E5DE0" w:rsidRDefault="00295DA3" w:rsidP="00295DA3">
            <w:pPr>
              <w:rPr>
                <w:rFonts w:asciiTheme="minorEastAsia" w:eastAsiaTheme="minorEastAsia" w:hAnsiTheme="minorEastAsia"/>
                <w:sz w:val="21"/>
                <w:szCs w:val="21"/>
                <w:lang w:eastAsia="ja-JP"/>
              </w:rPr>
            </w:pPr>
          </w:p>
        </w:tc>
      </w:tr>
      <w:tr w:rsidR="002B546A" w14:paraId="1FB1D40C" w14:textId="77777777" w:rsidTr="002B546A">
        <w:trPr>
          <w:trHeight w:val="601"/>
        </w:trPr>
        <w:tc>
          <w:tcPr>
            <w:tcW w:w="1560" w:type="dxa"/>
            <w:vAlign w:val="center"/>
          </w:tcPr>
          <w:p w14:paraId="071E5A88" w14:textId="5A245274"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電話番号</w:t>
            </w:r>
          </w:p>
        </w:tc>
        <w:tc>
          <w:tcPr>
            <w:tcW w:w="3827" w:type="dxa"/>
            <w:vAlign w:val="center"/>
          </w:tcPr>
          <w:p w14:paraId="3283B75F" w14:textId="283249FD" w:rsidR="002B546A" w:rsidRPr="00D0763A" w:rsidRDefault="002B546A" w:rsidP="002B546A">
            <w:pPr>
              <w:jc w:val="both"/>
              <w:rPr>
                <w:rFonts w:ascii="ＭＳ Ｐ明朝" w:eastAsia="ＭＳ Ｐ明朝" w:hAnsi="ＭＳ Ｐ明朝"/>
                <w:sz w:val="21"/>
                <w:szCs w:val="21"/>
                <w:lang w:eastAsia="ja-JP"/>
              </w:rPr>
            </w:pPr>
          </w:p>
        </w:tc>
        <w:tc>
          <w:tcPr>
            <w:tcW w:w="1701" w:type="dxa"/>
            <w:gridSpan w:val="2"/>
            <w:vAlign w:val="center"/>
          </w:tcPr>
          <w:p w14:paraId="5AA958D8" w14:textId="77777777"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FAX番号</w:t>
            </w:r>
          </w:p>
          <w:p w14:paraId="021E988C" w14:textId="2DC2479D" w:rsidR="002B546A" w:rsidRDefault="002B546A" w:rsidP="002B546A">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w:t>
            </w:r>
            <w:r w:rsidRPr="0047736B">
              <w:rPr>
                <w:rFonts w:ascii="ＭＳ Ｐゴシック" w:eastAsia="ＭＳ Ｐゴシック" w:hAnsi="ＭＳ Ｐゴシック" w:hint="eastAsia"/>
                <w:sz w:val="21"/>
                <w:szCs w:val="21"/>
                <w:lang w:eastAsia="ja-JP"/>
              </w:rPr>
              <w:t>予約票送付用</w:t>
            </w:r>
            <w:r w:rsidRPr="0047736B">
              <w:rPr>
                <w:rFonts w:ascii="ＭＳ Ｐゴシック" w:eastAsia="ＭＳ Ｐゴシック" w:hAnsi="ＭＳ Ｐゴシック"/>
                <w:sz w:val="21"/>
                <w:szCs w:val="21"/>
                <w:lang w:eastAsia="ja-JP"/>
              </w:rPr>
              <w:t>)</w:t>
            </w:r>
          </w:p>
        </w:tc>
        <w:tc>
          <w:tcPr>
            <w:tcW w:w="3402" w:type="dxa"/>
            <w:vAlign w:val="center"/>
          </w:tcPr>
          <w:p w14:paraId="6ACEEEF3" w14:textId="2C4D43F5" w:rsidR="002B546A" w:rsidRPr="00D0763A" w:rsidRDefault="002B546A" w:rsidP="002B546A">
            <w:pPr>
              <w:jc w:val="both"/>
              <w:rPr>
                <w:rFonts w:ascii="ＭＳ Ｐ明朝" w:eastAsia="ＭＳ Ｐ明朝" w:hAnsi="ＭＳ Ｐ明朝"/>
                <w:sz w:val="21"/>
                <w:szCs w:val="21"/>
                <w:lang w:eastAsia="ja-JP"/>
              </w:rPr>
            </w:pPr>
          </w:p>
        </w:tc>
      </w:tr>
      <w:tr w:rsidR="002B546A" w14:paraId="7A12C5D8" w14:textId="77777777" w:rsidTr="002B546A">
        <w:trPr>
          <w:trHeight w:val="995"/>
        </w:trPr>
        <w:tc>
          <w:tcPr>
            <w:tcW w:w="1560" w:type="dxa"/>
            <w:vAlign w:val="center"/>
          </w:tcPr>
          <w:p w14:paraId="39D26A6A" w14:textId="6CD248B4"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検査希望日</w:t>
            </w:r>
          </w:p>
        </w:tc>
        <w:tc>
          <w:tcPr>
            <w:tcW w:w="8930" w:type="dxa"/>
            <w:gridSpan w:val="4"/>
            <w:vAlign w:val="center"/>
          </w:tcPr>
          <w:p w14:paraId="1F67094D" w14:textId="5B3A91F1"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第１希望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年　　　　　　月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p w14:paraId="48E2552B" w14:textId="10F72DAD"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第２希望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年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月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p w14:paraId="529D5D57" w14:textId="735B7B59"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第３希望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年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月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tc>
      </w:tr>
    </w:tbl>
    <w:p w14:paraId="7E55B56E" w14:textId="2ED27D1F" w:rsidR="00814F49" w:rsidRPr="00814F49" w:rsidRDefault="00814F49" w:rsidP="00814F49">
      <w:pPr>
        <w:spacing w:beforeLines="10" w:before="24" w:after="0" w:line="240" w:lineRule="auto"/>
        <w:rPr>
          <w:rFonts w:ascii="ＭＳ Ｐゴシック" w:eastAsia="ＭＳ Ｐゴシック" w:hAnsi="ＭＳ Ｐゴシック"/>
          <w:bCs/>
          <w:szCs w:val="18"/>
          <w:lang w:eastAsia="ja-JP"/>
        </w:rPr>
      </w:pPr>
      <w:r w:rsidRPr="00814F49">
        <w:rPr>
          <w:rFonts w:ascii="ＭＳ Ｐゴシック" w:eastAsia="ＭＳ Ｐゴシック" w:hAnsi="ＭＳ Ｐゴシック" w:hint="eastAsia"/>
          <w:bCs/>
          <w:szCs w:val="18"/>
          <w:lang w:eastAsia="ja-JP"/>
        </w:rPr>
        <w:t>※検査</w:t>
      </w:r>
      <w:r>
        <w:rPr>
          <w:rFonts w:ascii="ＭＳ Ｐゴシック" w:eastAsia="ＭＳ Ｐゴシック" w:hAnsi="ＭＳ Ｐゴシック" w:hint="eastAsia"/>
          <w:bCs/>
          <w:szCs w:val="18"/>
          <w:lang w:eastAsia="ja-JP"/>
        </w:rPr>
        <w:t>予約可能日時：月～</w:t>
      </w:r>
      <w:r w:rsidRPr="00814F49">
        <w:rPr>
          <w:rFonts w:ascii="ＭＳ Ｐゴシック" w:eastAsia="ＭＳ Ｐゴシック" w:hAnsi="ＭＳ Ｐゴシック" w:hint="eastAsia"/>
          <w:bCs/>
          <w:szCs w:val="18"/>
          <w:lang w:eastAsia="ja-JP"/>
        </w:rPr>
        <w:t>金</w:t>
      </w:r>
      <w:r w:rsidR="003832A3">
        <w:rPr>
          <w:rFonts w:ascii="ＭＳ Ｐゴシック" w:eastAsia="ＭＳ Ｐゴシック" w:hAnsi="ＭＳ Ｐゴシック" w:hint="eastAsia"/>
          <w:bCs/>
          <w:szCs w:val="18"/>
          <w:lang w:eastAsia="ja-JP"/>
        </w:rPr>
        <w:t>曜日</w:t>
      </w:r>
      <w:r>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9:00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9:30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10:00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10:30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11:00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11:30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13:00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13:30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14:00</w:t>
      </w:r>
      <w:r w:rsidRPr="00814F49">
        <w:rPr>
          <w:rFonts w:ascii="ＭＳ Ｐゴシック" w:eastAsia="ＭＳ Ｐゴシック" w:hAnsi="ＭＳ Ｐゴシック" w:hint="eastAsia"/>
          <w:bCs/>
          <w:szCs w:val="18"/>
          <w:lang w:eastAsia="ja-JP"/>
        </w:rPr>
        <w:t xml:space="preserve">　</w:t>
      </w:r>
      <w:r w:rsidRPr="00814F49">
        <w:rPr>
          <w:rFonts w:ascii="ＭＳ Ｐゴシック" w:eastAsia="ＭＳ Ｐゴシック" w:hAnsi="ＭＳ Ｐゴシック"/>
          <w:bCs/>
          <w:szCs w:val="18"/>
          <w:lang w:eastAsia="ja-JP"/>
        </w:rPr>
        <w:t>14:30</w:t>
      </w:r>
      <w:r w:rsidR="007A3559">
        <w:rPr>
          <w:rFonts w:ascii="ＭＳ Ｐゴシック" w:eastAsia="ＭＳ Ｐゴシック" w:hAnsi="ＭＳ Ｐゴシック" w:hint="eastAsia"/>
          <w:bCs/>
          <w:szCs w:val="18"/>
          <w:lang w:eastAsia="ja-JP"/>
        </w:rPr>
        <w:t xml:space="preserve">　（</w:t>
      </w:r>
      <w:r w:rsidR="007A3559" w:rsidRPr="003832A3">
        <w:rPr>
          <w:rFonts w:ascii="ＭＳ Ｐゴシック" w:eastAsia="ＭＳ Ｐゴシック" w:hAnsi="ＭＳ Ｐゴシック"/>
          <w:bCs/>
          <w:szCs w:val="18"/>
          <w:lang w:eastAsia="ja-JP"/>
        </w:rPr>
        <w:t>祝日・12</w:t>
      </w:r>
      <w:r w:rsidR="007A3559">
        <w:rPr>
          <w:rFonts w:ascii="ＭＳ Ｐゴシック" w:eastAsia="ＭＳ Ｐゴシック" w:hAnsi="ＭＳ Ｐゴシック" w:hint="eastAsia"/>
          <w:bCs/>
          <w:szCs w:val="18"/>
          <w:lang w:eastAsia="ja-JP"/>
        </w:rPr>
        <w:t>/</w:t>
      </w:r>
      <w:r w:rsidR="007A3559" w:rsidRPr="003832A3">
        <w:rPr>
          <w:rFonts w:ascii="ＭＳ Ｐゴシック" w:eastAsia="ＭＳ Ｐゴシック" w:hAnsi="ＭＳ Ｐゴシック"/>
          <w:bCs/>
          <w:szCs w:val="18"/>
          <w:lang w:eastAsia="ja-JP"/>
        </w:rPr>
        <w:t>29</w:t>
      </w:r>
      <w:r w:rsidR="007A3559">
        <w:rPr>
          <w:rFonts w:ascii="ＭＳ Ｐゴシック" w:eastAsia="ＭＳ Ｐゴシック" w:hAnsi="ＭＳ Ｐゴシック" w:hint="eastAsia"/>
          <w:bCs/>
          <w:szCs w:val="18"/>
          <w:lang w:eastAsia="ja-JP"/>
        </w:rPr>
        <w:t>～</w:t>
      </w:r>
      <w:r w:rsidR="007A3559" w:rsidRPr="003832A3">
        <w:rPr>
          <w:rFonts w:ascii="ＭＳ Ｐゴシック" w:eastAsia="ＭＳ Ｐゴシック" w:hAnsi="ＭＳ Ｐゴシック"/>
          <w:bCs/>
          <w:szCs w:val="18"/>
          <w:lang w:eastAsia="ja-JP"/>
        </w:rPr>
        <w:t>1</w:t>
      </w:r>
      <w:r w:rsidR="007A3559">
        <w:rPr>
          <w:rFonts w:ascii="ＭＳ Ｐゴシック" w:eastAsia="ＭＳ Ｐゴシック" w:hAnsi="ＭＳ Ｐゴシック" w:hint="eastAsia"/>
          <w:bCs/>
          <w:szCs w:val="18"/>
          <w:lang w:eastAsia="ja-JP"/>
        </w:rPr>
        <w:t>/</w:t>
      </w:r>
      <w:r w:rsidR="007A3559" w:rsidRPr="003832A3">
        <w:rPr>
          <w:rFonts w:ascii="ＭＳ Ｐゴシック" w:eastAsia="ＭＳ Ｐゴシック" w:hAnsi="ＭＳ Ｐゴシック"/>
          <w:bCs/>
          <w:szCs w:val="18"/>
          <w:lang w:eastAsia="ja-JP"/>
        </w:rPr>
        <w:t>3日を除く</w:t>
      </w:r>
      <w:r w:rsidR="007A3559">
        <w:rPr>
          <w:rFonts w:ascii="ＭＳ Ｐゴシック" w:eastAsia="ＭＳ Ｐゴシック" w:hAnsi="ＭＳ Ｐゴシック" w:hint="eastAsia"/>
          <w:bCs/>
          <w:szCs w:val="18"/>
          <w:lang w:eastAsia="ja-JP"/>
        </w:rPr>
        <w:t>）</w:t>
      </w:r>
    </w:p>
    <w:p w14:paraId="2240BA52" w14:textId="239DF892" w:rsidR="009B6160" w:rsidRDefault="00A52CB1" w:rsidP="00814F49">
      <w:pPr>
        <w:spacing w:beforeLines="50" w:before="120" w:after="0" w:line="240" w:lineRule="auto"/>
        <w:rPr>
          <w:rFonts w:ascii="ＭＳ Ｐゴシック" w:eastAsia="ＭＳ Ｐゴシック" w:hAnsi="ＭＳ Ｐゴシック"/>
          <w:bCs/>
          <w:sz w:val="24"/>
          <w:szCs w:val="24"/>
          <w:lang w:eastAsia="ja-JP"/>
        </w:rPr>
      </w:pPr>
      <w:proofErr w:type="spellStart"/>
      <w:r w:rsidRPr="00A52CB1">
        <w:rPr>
          <w:rFonts w:ascii="ＭＳ Ｐゴシック" w:eastAsia="ＭＳ Ｐゴシック" w:hAnsi="ＭＳ Ｐゴシック"/>
          <w:bCs/>
          <w:sz w:val="24"/>
          <w:szCs w:val="24"/>
        </w:rPr>
        <w:t>患者情報</w:t>
      </w:r>
      <w:proofErr w:type="spellEnd"/>
    </w:p>
    <w:tbl>
      <w:tblPr>
        <w:tblStyle w:val="afe"/>
        <w:tblW w:w="10490"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560"/>
        <w:gridCol w:w="3685"/>
        <w:gridCol w:w="1559"/>
        <w:gridCol w:w="792"/>
        <w:gridCol w:w="1447"/>
        <w:gridCol w:w="1447"/>
      </w:tblGrid>
      <w:tr w:rsidR="001E274D" w14:paraId="4A59BA9E" w14:textId="77777777" w:rsidTr="002B546A">
        <w:trPr>
          <w:trHeight w:val="333"/>
        </w:trPr>
        <w:tc>
          <w:tcPr>
            <w:tcW w:w="1560" w:type="dxa"/>
            <w:tcBorders>
              <w:top w:val="single" w:sz="8" w:space="0" w:color="auto"/>
              <w:bottom w:val="dashSmallGap" w:sz="4" w:space="0" w:color="auto"/>
              <w:right w:val="single" w:sz="2" w:space="0" w:color="auto"/>
            </w:tcBorders>
            <w:vAlign w:val="center"/>
          </w:tcPr>
          <w:p w14:paraId="7AEC714C"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ﾌﾘｶﾞﾅ</w:t>
            </w:r>
          </w:p>
        </w:tc>
        <w:tc>
          <w:tcPr>
            <w:tcW w:w="6036" w:type="dxa"/>
            <w:gridSpan w:val="3"/>
            <w:tcBorders>
              <w:top w:val="single" w:sz="8" w:space="0" w:color="auto"/>
              <w:left w:val="single" w:sz="2" w:space="0" w:color="auto"/>
              <w:bottom w:val="dashSmallGap" w:sz="4" w:space="0" w:color="auto"/>
              <w:right w:val="single" w:sz="2" w:space="0" w:color="auto"/>
            </w:tcBorders>
            <w:vAlign w:val="center"/>
          </w:tcPr>
          <w:p w14:paraId="5BC35BC1" w14:textId="77777777" w:rsidR="001E274D" w:rsidRPr="00D0763A" w:rsidRDefault="001E274D" w:rsidP="00BA7739">
            <w:pPr>
              <w:jc w:val="both"/>
              <w:rPr>
                <w:rFonts w:ascii="ＭＳ Ｐ明朝" w:eastAsia="ＭＳ Ｐ明朝" w:hAnsi="ＭＳ Ｐ明朝"/>
                <w:sz w:val="21"/>
                <w:szCs w:val="21"/>
                <w:lang w:eastAsia="ja-JP"/>
              </w:rPr>
            </w:pPr>
          </w:p>
        </w:tc>
        <w:tc>
          <w:tcPr>
            <w:tcW w:w="1447" w:type="dxa"/>
            <w:tcBorders>
              <w:top w:val="single" w:sz="8" w:space="0" w:color="auto"/>
              <w:left w:val="single" w:sz="2" w:space="0" w:color="auto"/>
              <w:right w:val="single" w:sz="2" w:space="0" w:color="auto"/>
            </w:tcBorders>
            <w:vAlign w:val="center"/>
          </w:tcPr>
          <w:p w14:paraId="70A3F1B9"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性別</w:t>
            </w:r>
          </w:p>
        </w:tc>
        <w:tc>
          <w:tcPr>
            <w:tcW w:w="1447" w:type="dxa"/>
            <w:tcBorders>
              <w:top w:val="single" w:sz="8" w:space="0" w:color="auto"/>
              <w:left w:val="single" w:sz="2" w:space="0" w:color="auto"/>
            </w:tcBorders>
            <w:vAlign w:val="center"/>
          </w:tcPr>
          <w:p w14:paraId="5C7D34A6"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旧姓</w:t>
            </w:r>
          </w:p>
        </w:tc>
      </w:tr>
      <w:tr w:rsidR="001E274D" w:rsidRPr="00891E4A" w14:paraId="4AAE4399" w14:textId="77777777" w:rsidTr="002B546A">
        <w:trPr>
          <w:trHeight w:val="707"/>
        </w:trPr>
        <w:tc>
          <w:tcPr>
            <w:tcW w:w="1560" w:type="dxa"/>
            <w:tcBorders>
              <w:top w:val="dashSmallGap" w:sz="4" w:space="0" w:color="auto"/>
              <w:bottom w:val="single" w:sz="4" w:space="0" w:color="auto"/>
              <w:right w:val="single" w:sz="2" w:space="0" w:color="auto"/>
            </w:tcBorders>
            <w:vAlign w:val="center"/>
          </w:tcPr>
          <w:p w14:paraId="6F5911F8"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患者氏名</w:t>
            </w:r>
          </w:p>
        </w:tc>
        <w:tc>
          <w:tcPr>
            <w:tcW w:w="6036" w:type="dxa"/>
            <w:gridSpan w:val="3"/>
            <w:tcBorders>
              <w:top w:val="dashSmallGap" w:sz="4" w:space="0" w:color="auto"/>
              <w:left w:val="single" w:sz="2" w:space="0" w:color="auto"/>
              <w:bottom w:val="single" w:sz="4" w:space="0" w:color="auto"/>
              <w:right w:val="single" w:sz="2" w:space="0" w:color="auto"/>
            </w:tcBorders>
            <w:vAlign w:val="center"/>
          </w:tcPr>
          <w:p w14:paraId="47133760" w14:textId="77777777" w:rsidR="001E274D" w:rsidRPr="00D0763A" w:rsidRDefault="001E274D" w:rsidP="00BA7739">
            <w:pPr>
              <w:jc w:val="both"/>
              <w:rPr>
                <w:rFonts w:ascii="ＭＳ Ｐ明朝" w:eastAsia="ＭＳ Ｐ明朝" w:hAnsi="ＭＳ Ｐ明朝"/>
                <w:sz w:val="21"/>
                <w:szCs w:val="21"/>
                <w:lang w:eastAsia="ja-JP"/>
              </w:rPr>
            </w:pPr>
          </w:p>
        </w:tc>
        <w:tc>
          <w:tcPr>
            <w:tcW w:w="1447" w:type="dxa"/>
            <w:tcBorders>
              <w:left w:val="single" w:sz="2" w:space="0" w:color="auto"/>
              <w:bottom w:val="single" w:sz="4" w:space="0" w:color="auto"/>
              <w:right w:val="single" w:sz="2" w:space="0" w:color="auto"/>
            </w:tcBorders>
            <w:vAlign w:val="center"/>
          </w:tcPr>
          <w:p w14:paraId="47404773"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男　 女</w:t>
            </w:r>
          </w:p>
        </w:tc>
        <w:tc>
          <w:tcPr>
            <w:tcW w:w="1447" w:type="dxa"/>
            <w:tcBorders>
              <w:left w:val="single" w:sz="2" w:space="0" w:color="auto"/>
              <w:bottom w:val="single" w:sz="4" w:space="0" w:color="auto"/>
            </w:tcBorders>
            <w:vAlign w:val="center"/>
          </w:tcPr>
          <w:p w14:paraId="0801DDFF" w14:textId="77777777" w:rsidR="001E274D" w:rsidRPr="00D0763A" w:rsidRDefault="001E274D" w:rsidP="00D0763A">
            <w:pPr>
              <w:jc w:val="center"/>
              <w:rPr>
                <w:rFonts w:asciiTheme="minorEastAsia" w:eastAsiaTheme="minorEastAsia" w:hAnsiTheme="minorEastAsia"/>
                <w:sz w:val="21"/>
                <w:szCs w:val="21"/>
                <w:lang w:eastAsia="ja-JP"/>
              </w:rPr>
            </w:pPr>
          </w:p>
        </w:tc>
      </w:tr>
      <w:tr w:rsidR="001E274D" w14:paraId="35FECFC7" w14:textId="77777777" w:rsidTr="002B546A">
        <w:trPr>
          <w:trHeight w:val="517"/>
        </w:trPr>
        <w:tc>
          <w:tcPr>
            <w:tcW w:w="1560" w:type="dxa"/>
            <w:tcBorders>
              <w:top w:val="single" w:sz="4" w:space="0" w:color="auto"/>
              <w:bottom w:val="single" w:sz="2" w:space="0" w:color="auto"/>
              <w:right w:val="single" w:sz="2" w:space="0" w:color="auto"/>
            </w:tcBorders>
            <w:vAlign w:val="center"/>
          </w:tcPr>
          <w:p w14:paraId="1A6414C2" w14:textId="77777777" w:rsidR="001E274D" w:rsidRPr="00802EC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生年月日</w:t>
            </w:r>
          </w:p>
        </w:tc>
        <w:tc>
          <w:tcPr>
            <w:tcW w:w="8930" w:type="dxa"/>
            <w:gridSpan w:val="5"/>
            <w:tcBorders>
              <w:top w:val="single" w:sz="4" w:space="0" w:color="auto"/>
              <w:left w:val="single" w:sz="2" w:space="0" w:color="auto"/>
              <w:bottom w:val="single" w:sz="2" w:space="0" w:color="auto"/>
            </w:tcBorders>
            <w:vAlign w:val="center"/>
          </w:tcPr>
          <w:p w14:paraId="0C7D1798" w14:textId="104524A5" w:rsidR="001E274D" w:rsidRDefault="00636D5F" w:rsidP="00C36714">
            <w:pPr>
              <w:ind w:firstLineChars="50" w:firstLine="105"/>
              <w:jc w:val="center"/>
              <w:rPr>
                <w:rFonts w:ascii="ＭＳ Ｐゴシック" w:eastAsia="ＭＳ Ｐゴシック" w:hAnsi="ＭＳ Ｐゴシック"/>
                <w:sz w:val="21"/>
                <w:szCs w:val="21"/>
                <w:lang w:eastAsia="ja-JP"/>
              </w:rPr>
            </w:pPr>
            <w:r w:rsidRPr="00891E4A">
              <w:rPr>
                <w:rFonts w:ascii="ＭＳ Ｐゴシック" w:eastAsia="ＭＳ Ｐゴシック" w:hAnsi="ＭＳ Ｐゴシック"/>
                <w:sz w:val="21"/>
                <w:szCs w:val="21"/>
                <w:lang w:eastAsia="ja-JP"/>
              </w:rPr>
              <w:t>大</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昭</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平</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令</w:t>
            </w:r>
            <w:r>
              <w:rPr>
                <w:rFonts w:ascii="ＭＳ Ｐゴシック" w:eastAsia="ＭＳ Ｐゴシック" w:hAnsi="ＭＳ Ｐゴシック" w:hint="eastAsia"/>
                <w:sz w:val="21"/>
                <w:szCs w:val="21"/>
                <w:lang w:eastAsia="ja-JP"/>
              </w:rPr>
              <w:t xml:space="preserve">　　西暦　　　　　　　　　　年　　　　　　　　月　　　　　　　　日　　　（　　　　　　　歳）</w:t>
            </w:r>
          </w:p>
        </w:tc>
      </w:tr>
      <w:tr w:rsidR="001E274D" w14:paraId="70F8ECDD" w14:textId="77777777" w:rsidTr="002B546A">
        <w:trPr>
          <w:trHeight w:val="785"/>
        </w:trPr>
        <w:tc>
          <w:tcPr>
            <w:tcW w:w="1560" w:type="dxa"/>
            <w:tcBorders>
              <w:top w:val="single" w:sz="2" w:space="0" w:color="auto"/>
              <w:bottom w:val="single" w:sz="2" w:space="0" w:color="auto"/>
              <w:right w:val="single" w:sz="2" w:space="0" w:color="auto"/>
            </w:tcBorders>
            <w:vAlign w:val="center"/>
          </w:tcPr>
          <w:p w14:paraId="0B75C98E" w14:textId="77777777" w:rsidR="001E274D" w:rsidRDefault="001E274D" w:rsidP="00BA7739">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住　所</w:t>
            </w:r>
          </w:p>
        </w:tc>
        <w:tc>
          <w:tcPr>
            <w:tcW w:w="8930" w:type="dxa"/>
            <w:gridSpan w:val="5"/>
            <w:tcBorders>
              <w:top w:val="single" w:sz="2" w:space="0" w:color="auto"/>
              <w:left w:val="single" w:sz="2" w:space="0" w:color="auto"/>
              <w:bottom w:val="single" w:sz="2" w:space="0" w:color="auto"/>
            </w:tcBorders>
            <w:vAlign w:val="center"/>
          </w:tcPr>
          <w:p w14:paraId="40C21245" w14:textId="77777777" w:rsidR="001E274D" w:rsidRPr="00D0763A" w:rsidRDefault="001E274D" w:rsidP="00BA7739">
            <w:pPr>
              <w:jc w:val="both"/>
              <w:rPr>
                <w:rFonts w:asciiTheme="minorEastAsia" w:eastAsiaTheme="minorEastAsia" w:hAnsiTheme="minorEastAsia"/>
                <w:sz w:val="21"/>
                <w:szCs w:val="21"/>
                <w:lang w:eastAsia="ja-JP"/>
              </w:rPr>
            </w:pPr>
            <w:r w:rsidRPr="00D0763A">
              <w:rPr>
                <w:rFonts w:asciiTheme="minorEastAsia" w:eastAsiaTheme="minorEastAsia" w:hAnsiTheme="minorEastAsia" w:hint="eastAsia"/>
                <w:sz w:val="21"/>
                <w:szCs w:val="21"/>
                <w:lang w:eastAsia="ja-JP"/>
              </w:rPr>
              <w:t>〒　　　　-</w:t>
            </w:r>
          </w:p>
          <w:p w14:paraId="7043B80E" w14:textId="77777777" w:rsidR="001E274D" w:rsidRPr="00D0763A" w:rsidRDefault="001E274D" w:rsidP="00BA7739">
            <w:pPr>
              <w:jc w:val="both"/>
              <w:rPr>
                <w:rFonts w:asciiTheme="minorEastAsia" w:eastAsiaTheme="minorEastAsia" w:hAnsiTheme="minorEastAsia"/>
                <w:sz w:val="21"/>
                <w:szCs w:val="21"/>
                <w:lang w:eastAsia="ja-JP"/>
              </w:rPr>
            </w:pPr>
          </w:p>
        </w:tc>
      </w:tr>
      <w:tr w:rsidR="001E274D" w14:paraId="630C933C" w14:textId="77777777" w:rsidTr="002B546A">
        <w:trPr>
          <w:trHeight w:val="479"/>
        </w:trPr>
        <w:tc>
          <w:tcPr>
            <w:tcW w:w="1560" w:type="dxa"/>
            <w:tcBorders>
              <w:top w:val="single" w:sz="2" w:space="0" w:color="auto"/>
              <w:bottom w:val="single" w:sz="2" w:space="0" w:color="auto"/>
              <w:right w:val="single" w:sz="2" w:space="0" w:color="auto"/>
            </w:tcBorders>
            <w:vAlign w:val="center"/>
          </w:tcPr>
          <w:p w14:paraId="18A3DD30"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自宅番号</w:t>
            </w:r>
          </w:p>
        </w:tc>
        <w:tc>
          <w:tcPr>
            <w:tcW w:w="3685" w:type="dxa"/>
            <w:tcBorders>
              <w:top w:val="single" w:sz="2" w:space="0" w:color="auto"/>
              <w:left w:val="single" w:sz="2" w:space="0" w:color="auto"/>
              <w:bottom w:val="single" w:sz="2" w:space="0" w:color="auto"/>
              <w:right w:val="single" w:sz="2" w:space="0" w:color="auto"/>
            </w:tcBorders>
            <w:vAlign w:val="center"/>
          </w:tcPr>
          <w:p w14:paraId="61693A80" w14:textId="4CD99F24" w:rsidR="001E274D" w:rsidRPr="00D0763A" w:rsidRDefault="001E274D" w:rsidP="00BA7739">
            <w:pPr>
              <w:jc w:val="both"/>
              <w:rPr>
                <w:rFonts w:ascii="ＭＳ Ｐ明朝" w:eastAsia="ＭＳ Ｐ明朝" w:hAnsi="ＭＳ Ｐ明朝"/>
                <w:sz w:val="21"/>
                <w:szCs w:val="21"/>
                <w:lang w:eastAsia="ja-JP"/>
              </w:rPr>
            </w:pPr>
          </w:p>
        </w:tc>
        <w:tc>
          <w:tcPr>
            <w:tcW w:w="1559" w:type="dxa"/>
            <w:tcBorders>
              <w:top w:val="single" w:sz="2" w:space="0" w:color="auto"/>
              <w:left w:val="single" w:sz="2" w:space="0" w:color="auto"/>
              <w:bottom w:val="single" w:sz="2" w:space="0" w:color="auto"/>
              <w:right w:val="single" w:sz="2" w:space="0" w:color="auto"/>
            </w:tcBorders>
            <w:vAlign w:val="center"/>
          </w:tcPr>
          <w:p w14:paraId="1CF625F5" w14:textId="77777777" w:rsidR="001E274D" w:rsidRDefault="001E274D" w:rsidP="00CE627C">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携帯電話</w:t>
            </w:r>
          </w:p>
        </w:tc>
        <w:tc>
          <w:tcPr>
            <w:tcW w:w="3686" w:type="dxa"/>
            <w:gridSpan w:val="3"/>
            <w:tcBorders>
              <w:top w:val="single" w:sz="2" w:space="0" w:color="auto"/>
              <w:left w:val="single" w:sz="2" w:space="0" w:color="auto"/>
              <w:bottom w:val="single" w:sz="2" w:space="0" w:color="auto"/>
            </w:tcBorders>
            <w:vAlign w:val="center"/>
          </w:tcPr>
          <w:p w14:paraId="2A1AD93C" w14:textId="5D136A15" w:rsidR="001E274D" w:rsidRPr="00D0763A" w:rsidRDefault="001E274D" w:rsidP="00BA7739">
            <w:pPr>
              <w:jc w:val="both"/>
              <w:rPr>
                <w:rFonts w:ascii="ＭＳ Ｐ明朝" w:eastAsia="ＭＳ Ｐ明朝" w:hAnsi="ＭＳ Ｐ明朝"/>
                <w:sz w:val="21"/>
                <w:szCs w:val="21"/>
                <w:lang w:eastAsia="ja-JP"/>
              </w:rPr>
            </w:pPr>
          </w:p>
        </w:tc>
      </w:tr>
      <w:tr w:rsidR="002110ED" w14:paraId="4005EA23" w14:textId="77777777" w:rsidTr="002B546A">
        <w:trPr>
          <w:trHeight w:val="548"/>
        </w:trPr>
        <w:tc>
          <w:tcPr>
            <w:tcW w:w="1560" w:type="dxa"/>
            <w:tcBorders>
              <w:top w:val="single" w:sz="2" w:space="0" w:color="auto"/>
              <w:right w:val="single" w:sz="2" w:space="0" w:color="auto"/>
            </w:tcBorders>
            <w:vAlign w:val="center"/>
          </w:tcPr>
          <w:p w14:paraId="1B9D31A2" w14:textId="6B8628B8" w:rsidR="002110ED" w:rsidRDefault="002110ED" w:rsidP="002110ED">
            <w:pPr>
              <w:jc w:val="center"/>
              <w:rPr>
                <w:rFonts w:ascii="ＭＳ Ｐゴシック" w:eastAsia="ＭＳ Ｐゴシック" w:hAnsi="ＭＳ Ｐゴシック"/>
                <w:sz w:val="21"/>
                <w:szCs w:val="21"/>
                <w:lang w:eastAsia="ja-JP"/>
              </w:rPr>
            </w:pPr>
            <w:r w:rsidRPr="002110ED">
              <w:rPr>
                <w:rFonts w:ascii="ＭＳ Ｐゴシック" w:eastAsia="ＭＳ Ｐゴシック" w:hAnsi="ＭＳ Ｐゴシック" w:hint="eastAsia"/>
                <w:sz w:val="21"/>
                <w:szCs w:val="21"/>
                <w:lang w:eastAsia="ja-JP"/>
              </w:rPr>
              <w:t>傷病名</w:t>
            </w:r>
          </w:p>
        </w:tc>
        <w:tc>
          <w:tcPr>
            <w:tcW w:w="8930" w:type="dxa"/>
            <w:gridSpan w:val="5"/>
            <w:tcBorders>
              <w:top w:val="single" w:sz="2" w:space="0" w:color="auto"/>
              <w:left w:val="single" w:sz="2" w:space="0" w:color="auto"/>
              <w:bottom w:val="nil"/>
            </w:tcBorders>
            <w:vAlign w:val="center"/>
          </w:tcPr>
          <w:p w14:paraId="7885CC92" w14:textId="77777777" w:rsidR="002110ED" w:rsidRPr="00D0763A" w:rsidRDefault="002110ED" w:rsidP="00BA7739">
            <w:pPr>
              <w:jc w:val="both"/>
              <w:rPr>
                <w:rFonts w:asciiTheme="minorEastAsia" w:eastAsiaTheme="minorEastAsia" w:hAnsiTheme="minorEastAsia"/>
                <w:sz w:val="21"/>
                <w:szCs w:val="21"/>
                <w:lang w:eastAsia="ja-JP"/>
              </w:rPr>
            </w:pPr>
          </w:p>
        </w:tc>
      </w:tr>
      <w:tr w:rsidR="00971533" w14:paraId="7E0B627F" w14:textId="77777777" w:rsidTr="007F0B62">
        <w:trPr>
          <w:trHeight w:val="832"/>
        </w:trPr>
        <w:tc>
          <w:tcPr>
            <w:tcW w:w="1560" w:type="dxa"/>
            <w:vMerge w:val="restart"/>
            <w:tcBorders>
              <w:top w:val="single" w:sz="2" w:space="0" w:color="auto"/>
              <w:right w:val="single" w:sz="2" w:space="0" w:color="auto"/>
            </w:tcBorders>
            <w:vAlign w:val="center"/>
          </w:tcPr>
          <w:p w14:paraId="747946BA" w14:textId="3CEA6E5F" w:rsidR="00971533" w:rsidRPr="00802ECD" w:rsidRDefault="00971533"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w:t>
            </w:r>
            <w:r w:rsidRPr="00802ECD">
              <w:rPr>
                <w:rFonts w:ascii="ＭＳ Ｐゴシック" w:eastAsia="ＭＳ Ｐゴシック" w:hAnsi="ＭＳ Ｐゴシック"/>
                <w:sz w:val="21"/>
                <w:szCs w:val="21"/>
                <w:lang w:eastAsia="ja-JP"/>
              </w:rPr>
              <w:t>目的</w:t>
            </w:r>
          </w:p>
        </w:tc>
        <w:tc>
          <w:tcPr>
            <w:tcW w:w="8930" w:type="dxa"/>
            <w:gridSpan w:val="5"/>
            <w:tcBorders>
              <w:top w:val="single" w:sz="2" w:space="0" w:color="auto"/>
              <w:left w:val="single" w:sz="2" w:space="0" w:color="auto"/>
              <w:bottom w:val="nil"/>
            </w:tcBorders>
          </w:tcPr>
          <w:p w14:paraId="3C96BE32" w14:textId="7CE223A5" w:rsidR="00695503" w:rsidRPr="00D0763A" w:rsidRDefault="00695503" w:rsidP="007F0B62">
            <w:pPr>
              <w:jc w:val="both"/>
              <w:rPr>
                <w:rFonts w:asciiTheme="minorEastAsia" w:eastAsiaTheme="minorEastAsia" w:hAnsiTheme="minorEastAsia"/>
                <w:sz w:val="21"/>
                <w:szCs w:val="21"/>
                <w:lang w:eastAsia="ja-JP"/>
              </w:rPr>
            </w:pPr>
          </w:p>
        </w:tc>
      </w:tr>
      <w:tr w:rsidR="00971533" w14:paraId="10EBAC31" w14:textId="77777777" w:rsidTr="002B546A">
        <w:trPr>
          <w:trHeight w:val="412"/>
        </w:trPr>
        <w:tc>
          <w:tcPr>
            <w:tcW w:w="1560" w:type="dxa"/>
            <w:vMerge/>
            <w:tcBorders>
              <w:bottom w:val="single" w:sz="2" w:space="0" w:color="auto"/>
              <w:right w:val="single" w:sz="2" w:space="0" w:color="auto"/>
            </w:tcBorders>
            <w:vAlign w:val="center"/>
          </w:tcPr>
          <w:p w14:paraId="04DD34C0" w14:textId="77777777" w:rsidR="00971533" w:rsidRDefault="00971533" w:rsidP="00BA7739">
            <w:pPr>
              <w:jc w:val="center"/>
              <w:rPr>
                <w:rFonts w:ascii="ＭＳ Ｐゴシック" w:eastAsia="ＭＳ Ｐゴシック" w:hAnsi="ＭＳ Ｐゴシック"/>
                <w:sz w:val="21"/>
                <w:szCs w:val="21"/>
                <w:lang w:eastAsia="ja-JP"/>
              </w:rPr>
            </w:pPr>
          </w:p>
        </w:tc>
        <w:tc>
          <w:tcPr>
            <w:tcW w:w="8930" w:type="dxa"/>
            <w:gridSpan w:val="5"/>
            <w:tcBorders>
              <w:top w:val="nil"/>
              <w:left w:val="single" w:sz="2" w:space="0" w:color="auto"/>
              <w:bottom w:val="single" w:sz="2" w:space="0" w:color="auto"/>
            </w:tcBorders>
            <w:vAlign w:val="center"/>
          </w:tcPr>
          <w:p w14:paraId="5C47200D" w14:textId="74852A50" w:rsidR="00217F68" w:rsidRDefault="00971533" w:rsidP="00217F68">
            <w:pPr>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※妊娠もしくは妊娠の可能性</w:t>
            </w:r>
            <w:r w:rsidR="00217F68">
              <w:rPr>
                <w:rFonts w:ascii="ＭＳ Ｐゴシック" w:eastAsia="ＭＳ Ｐゴシック" w:hAnsi="ＭＳ Ｐゴシック" w:hint="eastAsia"/>
                <w:sz w:val="21"/>
                <w:szCs w:val="21"/>
                <w:lang w:eastAsia="ja-JP"/>
              </w:rPr>
              <w:t>（「あり」の場合は、検査をお受けいただけません。）</w:t>
            </w:r>
          </w:p>
          <w:p w14:paraId="353D6F82" w14:textId="494CBE5C" w:rsidR="00217F68" w:rsidRDefault="00971533" w:rsidP="00217F68">
            <w:pPr>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 xml:space="preserve">　</w:t>
            </w:r>
            <w:r w:rsidR="00217F6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325173235"/>
                <w14:checkbox>
                  <w14:checked w14:val="0"/>
                  <w14:checkedState w14:val="0052" w14:font="Wingdings 2"/>
                  <w14:uncheckedState w14:val="2610" w14:font="ＭＳ ゴシック"/>
                </w14:checkbox>
              </w:sdtPr>
              <w:sdtEndPr/>
              <w:sdtContent>
                <w:r w:rsidR="00217F68">
                  <w:rPr>
                    <w:rFonts w:ascii="ＭＳ ゴシック" w:eastAsia="ＭＳ ゴシック" w:hAnsi="ＭＳ ゴシック" w:hint="eastAsia"/>
                    <w:sz w:val="21"/>
                    <w:szCs w:val="21"/>
                    <w:lang w:eastAsia="ja-JP"/>
                  </w:rPr>
                  <w:t>☐</w:t>
                </w:r>
              </w:sdtContent>
            </w:sdt>
            <w:r>
              <w:rPr>
                <w:rFonts w:ascii="ＭＳ Ｐゴシック" w:eastAsia="ＭＳ Ｐゴシック" w:hAnsi="ＭＳ Ｐゴシック" w:hint="eastAsia"/>
                <w:sz w:val="21"/>
                <w:szCs w:val="21"/>
                <w:lang w:eastAsia="ja-JP"/>
              </w:rPr>
              <w:t xml:space="preserve">あり　　</w:t>
            </w:r>
            <w:sdt>
              <w:sdtPr>
                <w:rPr>
                  <w:rFonts w:ascii="ＭＳ Ｐゴシック" w:eastAsia="ＭＳ Ｐゴシック" w:hAnsi="ＭＳ Ｐゴシック" w:hint="eastAsia"/>
                  <w:sz w:val="21"/>
                  <w:szCs w:val="21"/>
                  <w:lang w:eastAsia="ja-JP"/>
                </w:rPr>
                <w:id w:val="180790943"/>
                <w14:checkbox>
                  <w14:checked w14:val="0"/>
                  <w14:checkedState w14:val="0052" w14:font="Wingdings 2"/>
                  <w14:uncheckedState w14:val="2610" w14:font="ＭＳ ゴシック"/>
                </w14:checkbox>
              </w:sdtPr>
              <w:sdtEndPr/>
              <w:sdtContent>
                <w:r w:rsidR="00554220">
                  <w:rPr>
                    <w:rFonts w:ascii="ＭＳ ゴシック" w:eastAsia="ＭＳ ゴシック" w:hAnsi="ＭＳ ゴシック" w:hint="eastAsia"/>
                    <w:sz w:val="21"/>
                    <w:szCs w:val="21"/>
                    <w:lang w:eastAsia="ja-JP"/>
                  </w:rPr>
                  <w:t>☐</w:t>
                </w:r>
              </w:sdtContent>
            </w:sdt>
            <w:r>
              <w:rPr>
                <w:rFonts w:ascii="ＭＳ Ｐゴシック" w:eastAsia="ＭＳ Ｐゴシック" w:hAnsi="ＭＳ Ｐゴシック" w:hint="eastAsia"/>
                <w:sz w:val="21"/>
                <w:szCs w:val="21"/>
                <w:lang w:eastAsia="ja-JP"/>
              </w:rPr>
              <w:t>なし</w:t>
            </w:r>
            <w:r w:rsidR="00554220">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62616194"/>
                <w14:checkbox>
                  <w14:checked w14:val="0"/>
                  <w14:checkedState w14:val="0052" w14:font="Wingdings 2"/>
                  <w14:uncheckedState w14:val="2610" w14:font="ＭＳ ゴシック"/>
                </w14:checkbox>
              </w:sdtPr>
              <w:sdtEndPr/>
              <w:sdtContent>
                <w:r w:rsidR="00554220">
                  <w:rPr>
                    <w:rFonts w:ascii="ＭＳ ゴシック" w:eastAsia="ＭＳ ゴシック" w:hAnsi="ＭＳ ゴシック" w:hint="eastAsia"/>
                    <w:sz w:val="21"/>
                    <w:szCs w:val="21"/>
                    <w:lang w:eastAsia="ja-JP"/>
                  </w:rPr>
                  <w:t>☐</w:t>
                </w:r>
              </w:sdtContent>
            </w:sdt>
            <w:r w:rsidR="00217F68" w:rsidRPr="00217F68">
              <w:rPr>
                <w:rFonts w:ascii="ＭＳ Ｐゴシック" w:eastAsia="ＭＳ Ｐゴシック" w:hAnsi="ＭＳ Ｐゴシック"/>
                <w:sz w:val="21"/>
                <w:szCs w:val="21"/>
                <w:lang w:eastAsia="ja-JP"/>
              </w:rPr>
              <w:t>妊娠もしくは妊娠の可能性があるがリスクとベネフィットを説明し、承諾済み</w:t>
            </w:r>
          </w:p>
        </w:tc>
      </w:tr>
      <w:tr w:rsidR="00226FEB" w14:paraId="42C6EDBC" w14:textId="77777777" w:rsidTr="002B546A">
        <w:trPr>
          <w:trHeight w:val="1680"/>
        </w:trPr>
        <w:tc>
          <w:tcPr>
            <w:tcW w:w="1560" w:type="dxa"/>
            <w:tcBorders>
              <w:top w:val="single" w:sz="2" w:space="0" w:color="auto"/>
              <w:bottom w:val="single" w:sz="2" w:space="0" w:color="auto"/>
              <w:right w:val="single" w:sz="2" w:space="0" w:color="auto"/>
            </w:tcBorders>
            <w:vAlign w:val="center"/>
          </w:tcPr>
          <w:p w14:paraId="5747245D" w14:textId="755DE892" w:rsidR="00226FEB" w:rsidRPr="00802ECD" w:rsidRDefault="004A5ABC" w:rsidP="00AE2B96">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検査部位</w:t>
            </w:r>
          </w:p>
        </w:tc>
        <w:tc>
          <w:tcPr>
            <w:tcW w:w="8930" w:type="dxa"/>
            <w:gridSpan w:val="5"/>
            <w:tcBorders>
              <w:top w:val="single" w:sz="2" w:space="0" w:color="auto"/>
              <w:left w:val="single" w:sz="2" w:space="0" w:color="auto"/>
              <w:bottom w:val="single" w:sz="2" w:space="0" w:color="auto"/>
            </w:tcBorders>
            <w:vAlign w:val="center"/>
          </w:tcPr>
          <w:p w14:paraId="3D22C8DE" w14:textId="77777777" w:rsidR="00226FEB" w:rsidRDefault="004A5ABC" w:rsidP="00B42EEB">
            <w:pPr>
              <w:spacing w:line="300" w:lineRule="exact"/>
              <w:rPr>
                <w:rFonts w:ascii="ＭＳ Ｐゴシック" w:eastAsia="ＭＳ Ｐゴシック" w:hAnsi="ＭＳ Ｐゴシック"/>
                <w:sz w:val="21"/>
                <w:szCs w:val="21"/>
                <w:lang w:eastAsia="ja-JP"/>
              </w:rPr>
            </w:pPr>
            <w:r w:rsidRPr="004A5ABC">
              <w:rPr>
                <w:rFonts w:ascii="ＭＳ Ｐゴシック" w:eastAsia="ＭＳ Ｐゴシック" w:hAnsi="ＭＳ Ｐゴシック"/>
                <w:sz w:val="21"/>
                <w:szCs w:val="21"/>
                <w:lang w:eastAsia="ja-JP"/>
              </w:rPr>
              <w:t>※1日1回1部位のみ</w:t>
            </w:r>
          </w:p>
          <w:p w14:paraId="40DB634F" w14:textId="2B6E6059" w:rsidR="004A5ABC" w:rsidRPr="004A5ABC" w:rsidRDefault="007F0B62" w:rsidP="00B42EEB">
            <w:pPr>
              <w:spacing w:line="300" w:lineRule="exact"/>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277413269"/>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頭部</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839926801"/>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頸部</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748022194"/>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胸部</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344385618"/>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腹部</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571480137"/>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胸腹部</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875076356"/>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頸椎</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827936194"/>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胸椎</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204228671"/>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腰椎</w:t>
            </w:r>
            <w:r w:rsidR="004A5ABC">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441615066"/>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骨盤</w:t>
            </w:r>
            <w:r w:rsidR="00C15FC6">
              <w:rPr>
                <w:rFonts w:ascii="ＭＳ Ｐゴシック" w:eastAsia="ＭＳ Ｐゴシック" w:hAnsi="ＭＳ Ｐゴシック" w:hint="eastAsia"/>
                <w:sz w:val="21"/>
                <w:szCs w:val="21"/>
                <w:lang w:eastAsia="ja-JP"/>
              </w:rPr>
              <w:t>､</w:t>
            </w:r>
            <w:r w:rsidR="004A5ABC" w:rsidRPr="004A5ABC">
              <w:rPr>
                <w:rFonts w:ascii="ＭＳ Ｐゴシック" w:eastAsia="ＭＳ Ｐゴシック" w:hAnsi="ＭＳ Ｐゴシック" w:hint="eastAsia"/>
                <w:sz w:val="21"/>
                <w:szCs w:val="21"/>
                <w:lang w:eastAsia="ja-JP"/>
              </w:rPr>
              <w:t>股関節</w:t>
            </w:r>
          </w:p>
          <w:p w14:paraId="3B7DA9F0" w14:textId="7B10E4D8" w:rsidR="004A5ABC" w:rsidRPr="004A5ABC" w:rsidRDefault="007F0B62" w:rsidP="008A0A14">
            <w:pPr>
              <w:tabs>
                <w:tab w:val="left" w:pos="830"/>
              </w:tabs>
              <w:spacing w:line="300" w:lineRule="exact"/>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422269912"/>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上肢</w:t>
            </w:r>
            <w:r w:rsidR="008A0A14">
              <w:rPr>
                <w:rFonts w:ascii="ＭＳ Ｐゴシック" w:eastAsia="ＭＳ Ｐゴシック" w:hAnsi="ＭＳ Ｐゴシック"/>
                <w:sz w:val="21"/>
                <w:szCs w:val="21"/>
                <w:lang w:eastAsia="ja-JP"/>
              </w:rPr>
              <w:tab/>
            </w:r>
            <w:r w:rsidR="006279C1">
              <w:rPr>
                <w:rFonts w:ascii="ＭＳ Ｐゴシック" w:eastAsia="ＭＳ Ｐゴシック" w:hAnsi="ＭＳ Ｐゴシック" w:hint="eastAsia"/>
                <w:sz w:val="21"/>
                <w:szCs w:val="21"/>
                <w:lang w:eastAsia="ja-JP"/>
              </w:rPr>
              <w:t>（検査部位詳細に具体的に記載　例：</w:t>
            </w:r>
            <w:r w:rsidR="004A5ABC" w:rsidRPr="004A5ABC">
              <w:rPr>
                <w:rFonts w:ascii="ＭＳ Ｐゴシック" w:eastAsia="ＭＳ Ｐゴシック" w:hAnsi="ＭＳ Ｐゴシック" w:hint="eastAsia"/>
                <w:sz w:val="21"/>
                <w:szCs w:val="21"/>
                <w:lang w:eastAsia="ja-JP"/>
              </w:rPr>
              <w:t>右手関節）</w:t>
            </w:r>
          </w:p>
          <w:p w14:paraId="5EED26AA" w14:textId="28D4BB5C" w:rsidR="004A5ABC" w:rsidRPr="004A5ABC" w:rsidRDefault="007F0B62" w:rsidP="008A0A14">
            <w:pPr>
              <w:tabs>
                <w:tab w:val="left" w:pos="826"/>
              </w:tabs>
              <w:spacing w:line="300" w:lineRule="exact"/>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86466555"/>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4A5ABC" w:rsidRPr="004A5ABC">
              <w:rPr>
                <w:rFonts w:ascii="ＭＳ Ｐゴシック" w:eastAsia="ＭＳ Ｐゴシック" w:hAnsi="ＭＳ Ｐゴシック" w:hint="eastAsia"/>
                <w:sz w:val="21"/>
                <w:szCs w:val="21"/>
                <w:lang w:eastAsia="ja-JP"/>
              </w:rPr>
              <w:t>下肢</w:t>
            </w:r>
            <w:r w:rsidR="008A0A14">
              <w:rPr>
                <w:rFonts w:ascii="ＭＳ Ｐゴシック" w:eastAsia="ＭＳ Ｐゴシック" w:hAnsi="ＭＳ Ｐゴシック"/>
                <w:sz w:val="21"/>
                <w:szCs w:val="21"/>
                <w:lang w:eastAsia="ja-JP"/>
              </w:rPr>
              <w:tab/>
            </w:r>
            <w:r w:rsidR="006279C1">
              <w:rPr>
                <w:rFonts w:ascii="ＭＳ Ｐゴシック" w:eastAsia="ＭＳ Ｐゴシック" w:hAnsi="ＭＳ Ｐゴシック" w:hint="eastAsia"/>
                <w:sz w:val="21"/>
                <w:szCs w:val="21"/>
                <w:lang w:eastAsia="ja-JP"/>
              </w:rPr>
              <w:t>（検査部位詳細に具体的に記載　例：</w:t>
            </w:r>
            <w:r w:rsidR="004A5ABC" w:rsidRPr="004A5ABC">
              <w:rPr>
                <w:rFonts w:ascii="ＭＳ Ｐゴシック" w:eastAsia="ＭＳ Ｐゴシック" w:hAnsi="ＭＳ Ｐゴシック" w:hint="eastAsia"/>
                <w:sz w:val="21"/>
                <w:szCs w:val="21"/>
                <w:lang w:eastAsia="ja-JP"/>
              </w:rPr>
              <w:t>左膝関節）</w:t>
            </w:r>
          </w:p>
          <w:p w14:paraId="2850E752" w14:textId="601FA296" w:rsidR="004A5ABC" w:rsidRDefault="007F0B62" w:rsidP="00B42EEB">
            <w:pPr>
              <w:spacing w:line="300" w:lineRule="exact"/>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1670938707"/>
                <w14:checkbox>
                  <w14:checked w14:val="0"/>
                  <w14:checkedState w14:val="0052" w14:font="Wingdings 2"/>
                  <w14:uncheckedState w14:val="2610" w14:font="ＭＳ ゴシック"/>
                </w14:checkbox>
              </w:sdtPr>
              <w:sdtEndPr/>
              <w:sdtContent>
                <w:r w:rsidR="004A5ABC">
                  <w:rPr>
                    <w:rFonts w:ascii="ＭＳ ゴシック" w:eastAsia="ＭＳ ゴシック" w:hAnsi="ＭＳ ゴシック" w:hint="eastAsia"/>
                    <w:sz w:val="21"/>
                    <w:szCs w:val="21"/>
                    <w:lang w:eastAsia="ja-JP"/>
                  </w:rPr>
                  <w:t>☐</w:t>
                </w:r>
              </w:sdtContent>
            </w:sdt>
            <w:r w:rsidR="006279C1">
              <w:rPr>
                <w:rFonts w:ascii="ＭＳ Ｐゴシック" w:eastAsia="ＭＳ Ｐゴシック" w:hAnsi="ＭＳ Ｐゴシック" w:hint="eastAsia"/>
                <w:sz w:val="21"/>
                <w:szCs w:val="21"/>
                <w:lang w:eastAsia="ja-JP"/>
              </w:rPr>
              <w:t>その他（検査部位詳細に具体的に記載　例：</w:t>
            </w:r>
            <w:r w:rsidR="004A5ABC" w:rsidRPr="004A5ABC">
              <w:rPr>
                <w:rFonts w:ascii="ＭＳ Ｐゴシック" w:eastAsia="ＭＳ Ｐゴシック" w:hAnsi="ＭＳ Ｐゴシック" w:hint="eastAsia"/>
                <w:sz w:val="21"/>
                <w:szCs w:val="21"/>
                <w:lang w:eastAsia="ja-JP"/>
              </w:rPr>
              <w:t>副鼻腔）</w:t>
            </w:r>
          </w:p>
        </w:tc>
      </w:tr>
      <w:tr w:rsidR="004A5ABC" w14:paraId="76417B04" w14:textId="77777777" w:rsidTr="002B546A">
        <w:trPr>
          <w:trHeight w:val="559"/>
        </w:trPr>
        <w:tc>
          <w:tcPr>
            <w:tcW w:w="1560" w:type="dxa"/>
            <w:tcBorders>
              <w:top w:val="single" w:sz="2" w:space="0" w:color="auto"/>
              <w:bottom w:val="single" w:sz="2" w:space="0" w:color="auto"/>
              <w:right w:val="single" w:sz="2" w:space="0" w:color="auto"/>
            </w:tcBorders>
            <w:vAlign w:val="center"/>
          </w:tcPr>
          <w:p w14:paraId="4B810E8B" w14:textId="1F72A241" w:rsidR="004A5ABC" w:rsidRDefault="004A5ABC"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検査部位詳細</w:t>
            </w:r>
          </w:p>
        </w:tc>
        <w:tc>
          <w:tcPr>
            <w:tcW w:w="8930" w:type="dxa"/>
            <w:gridSpan w:val="5"/>
            <w:tcBorders>
              <w:top w:val="single" w:sz="2" w:space="0" w:color="auto"/>
              <w:left w:val="single" w:sz="2" w:space="0" w:color="auto"/>
              <w:bottom w:val="single" w:sz="2" w:space="0" w:color="auto"/>
            </w:tcBorders>
            <w:vAlign w:val="center"/>
          </w:tcPr>
          <w:p w14:paraId="3117B9D9" w14:textId="77777777" w:rsidR="004A5ABC" w:rsidRPr="00D0763A" w:rsidRDefault="004A5ABC" w:rsidP="00226FEB">
            <w:pPr>
              <w:rPr>
                <w:rFonts w:asciiTheme="minorEastAsia" w:eastAsiaTheme="minorEastAsia" w:hAnsiTheme="minorEastAsia"/>
                <w:sz w:val="21"/>
                <w:szCs w:val="21"/>
                <w:lang w:eastAsia="ja-JP"/>
              </w:rPr>
            </w:pPr>
          </w:p>
        </w:tc>
      </w:tr>
      <w:tr w:rsidR="002110ED" w14:paraId="7ED5C174" w14:textId="77777777" w:rsidTr="007F0B62">
        <w:trPr>
          <w:trHeight w:val="1728"/>
        </w:trPr>
        <w:tc>
          <w:tcPr>
            <w:tcW w:w="1560" w:type="dxa"/>
            <w:tcBorders>
              <w:top w:val="single" w:sz="2" w:space="0" w:color="auto"/>
              <w:bottom w:val="single" w:sz="8" w:space="0" w:color="auto"/>
              <w:right w:val="single" w:sz="2" w:space="0" w:color="auto"/>
            </w:tcBorders>
            <w:vAlign w:val="center"/>
          </w:tcPr>
          <w:p w14:paraId="5F028E0A" w14:textId="25802E94" w:rsidR="002110ED" w:rsidRPr="002110ED" w:rsidRDefault="002110ED" w:rsidP="00AE2B96">
            <w:pPr>
              <w:jc w:val="center"/>
              <w:rPr>
                <w:rFonts w:ascii="ＭＳ Ｐゴシック" w:eastAsia="ＭＳ Ｐゴシック" w:hAnsi="ＭＳ Ｐゴシック"/>
                <w:sz w:val="21"/>
                <w:szCs w:val="21"/>
                <w:lang w:eastAsia="ja-JP"/>
              </w:rPr>
            </w:pPr>
            <w:r w:rsidRPr="002110ED">
              <w:rPr>
                <w:rFonts w:ascii="ＭＳ Ｐゴシック" w:eastAsia="ＭＳ Ｐゴシック" w:hAnsi="ＭＳ Ｐゴシック" w:hint="eastAsia"/>
                <w:sz w:val="21"/>
                <w:szCs w:val="21"/>
                <w:lang w:eastAsia="ja-JP"/>
              </w:rPr>
              <w:t>臨床経過</w:t>
            </w:r>
          </w:p>
        </w:tc>
        <w:tc>
          <w:tcPr>
            <w:tcW w:w="8930" w:type="dxa"/>
            <w:gridSpan w:val="5"/>
            <w:tcBorders>
              <w:top w:val="single" w:sz="2" w:space="0" w:color="auto"/>
              <w:left w:val="single" w:sz="2" w:space="0" w:color="auto"/>
              <w:bottom w:val="single" w:sz="8" w:space="0" w:color="auto"/>
            </w:tcBorders>
          </w:tcPr>
          <w:p w14:paraId="000FF279" w14:textId="77777777" w:rsidR="002110ED" w:rsidRPr="00D0763A" w:rsidRDefault="002110ED" w:rsidP="007F0B62">
            <w:pPr>
              <w:jc w:val="both"/>
              <w:rPr>
                <w:rFonts w:asciiTheme="minorEastAsia" w:eastAsiaTheme="minorEastAsia" w:hAnsiTheme="minorEastAsia"/>
                <w:sz w:val="21"/>
                <w:szCs w:val="21"/>
                <w:lang w:eastAsia="ja-JP"/>
              </w:rPr>
            </w:pPr>
          </w:p>
        </w:tc>
      </w:tr>
    </w:tbl>
    <w:p w14:paraId="01C192AE" w14:textId="111E71B0" w:rsidR="002110ED" w:rsidRPr="00B46906" w:rsidRDefault="002110ED" w:rsidP="002110ED">
      <w:pPr>
        <w:spacing w:beforeLines="30" w:before="72" w:after="0" w:line="240" w:lineRule="auto"/>
        <w:rPr>
          <w:rFonts w:ascii="ＭＳ Ｐゴシック" w:eastAsia="ＭＳ Ｐゴシック" w:hAnsi="ＭＳ Ｐゴシック"/>
          <w:bCs/>
          <w:szCs w:val="18"/>
          <w:lang w:eastAsia="ja-JP"/>
        </w:rPr>
      </w:pPr>
      <w:r w:rsidRPr="00B46906">
        <w:rPr>
          <w:rFonts w:ascii="ＭＳ Ｐゴシック" w:eastAsia="ＭＳ Ｐゴシック" w:hAnsi="ＭＳ Ｐゴシック" w:hint="eastAsia"/>
          <w:bCs/>
          <w:szCs w:val="18"/>
          <w:lang w:eastAsia="ja-JP"/>
        </w:rPr>
        <w:t>※本書は、患者総合支援センター地域医療連携まで</w:t>
      </w:r>
      <w:r w:rsidRPr="00B46906">
        <w:rPr>
          <w:rFonts w:ascii="ＭＳ Ｐゴシック" w:eastAsia="ＭＳ Ｐゴシック" w:hAnsi="ＭＳ Ｐゴシック"/>
          <w:bCs/>
          <w:szCs w:val="18"/>
          <w:lang w:eastAsia="ja-JP"/>
        </w:rPr>
        <w:t>FAX</w:t>
      </w:r>
      <w:r w:rsidRPr="00B46906">
        <w:rPr>
          <w:rFonts w:ascii="ＭＳ Ｐゴシック" w:eastAsia="ＭＳ Ｐゴシック" w:hAnsi="ＭＳ Ｐゴシック" w:hint="eastAsia"/>
          <w:bCs/>
          <w:szCs w:val="18"/>
          <w:lang w:eastAsia="ja-JP"/>
        </w:rPr>
        <w:t>でお送りください。</w:t>
      </w:r>
    </w:p>
    <w:p w14:paraId="642DD4CA" w14:textId="5E715E22" w:rsidR="002110ED" w:rsidRPr="00B46906" w:rsidRDefault="00AE7F7B" w:rsidP="004E5DE0">
      <w:pPr>
        <w:spacing w:after="0" w:line="240" w:lineRule="auto"/>
        <w:rPr>
          <w:rFonts w:ascii="ＭＳ Ｐゴシック" w:eastAsia="ＭＳ Ｐゴシック" w:hAnsi="ＭＳ Ｐゴシック"/>
          <w:bCs/>
          <w:szCs w:val="18"/>
          <w:lang w:eastAsia="ja-JP"/>
        </w:rPr>
      </w:pPr>
      <w:r>
        <w:rPr>
          <w:rFonts w:ascii="ＭＳ Ｐゴシック" w:eastAsia="ＭＳ Ｐゴシック" w:hAnsi="ＭＳ Ｐゴシック" w:hint="eastAsia"/>
          <w:bCs/>
          <w:szCs w:val="18"/>
          <w:lang w:eastAsia="ja-JP"/>
        </w:rPr>
        <w:t>※本書の原本は患者さんにお渡しのうえ、</w:t>
      </w:r>
      <w:r w:rsidR="002110ED" w:rsidRPr="00B46906">
        <w:rPr>
          <w:rFonts w:ascii="ＭＳ Ｐゴシック" w:eastAsia="ＭＳ Ｐゴシック" w:hAnsi="ＭＳ Ｐゴシック" w:hint="eastAsia"/>
          <w:bCs/>
          <w:szCs w:val="18"/>
          <w:lang w:eastAsia="ja-JP"/>
        </w:rPr>
        <w:t>検査当日にご持参いただくようご案内ください。</w:t>
      </w:r>
    </w:p>
    <w:sectPr w:rsidR="002110ED" w:rsidRPr="00B46906" w:rsidSect="00814F49">
      <w:footerReference w:type="default" r:id="rId8"/>
      <w:pgSz w:w="11906" w:h="16838" w:code="9"/>
      <w:pgMar w:top="567" w:right="737" w:bottom="567" w:left="737" w:header="113"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79ECC" w14:textId="77777777" w:rsidR="00A6666F" w:rsidRDefault="00A6666F" w:rsidP="00802ECD">
      <w:pPr>
        <w:spacing w:after="0" w:line="240" w:lineRule="auto"/>
      </w:pPr>
      <w:r>
        <w:separator/>
      </w:r>
    </w:p>
  </w:endnote>
  <w:endnote w:type="continuationSeparator" w:id="0">
    <w:p w14:paraId="6462D91D" w14:textId="77777777" w:rsidR="00A6666F" w:rsidRDefault="00A6666F" w:rsidP="0080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F04C" w14:textId="77777777" w:rsidR="004775F6" w:rsidRPr="00802ECD"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天理よろづ相談所病院　　患者総合支援センター　地域医療連携</w:t>
    </w:r>
  </w:p>
  <w:p w14:paraId="2C79C084" w14:textId="6A379980" w:rsidR="00802ECD" w:rsidRPr="004775F6"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電話</w:t>
    </w:r>
    <w:r w:rsidR="001402B5">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0743-63-5611</w:t>
    </w:r>
    <w:r w:rsidR="00B44F37">
      <w:rPr>
        <w:rFonts w:ascii="ＭＳ Ｐゴシック" w:eastAsia="ＭＳ Ｐゴシック" w:hAnsi="ＭＳ Ｐゴシック" w:hint="eastAsia"/>
        <w:sz w:val="21"/>
        <w:szCs w:val="21"/>
        <w:lang w:eastAsia="ja-JP"/>
      </w:rPr>
      <w:t>（代表</w:t>
    </w:r>
    <w:r w:rsidRPr="00802ECD">
      <w:rPr>
        <w:rFonts w:ascii="ＭＳ Ｐゴシック" w:eastAsia="ＭＳ Ｐゴシック" w:hAnsi="ＭＳ Ｐゴシック" w:hint="eastAsia"/>
        <w:sz w:val="21"/>
        <w:szCs w:val="21"/>
        <w:lang w:eastAsia="ja-JP"/>
      </w:rPr>
      <w:t xml:space="preserve">）　</w:t>
    </w:r>
    <w:r w:rsidRPr="00802ECD">
      <w:rPr>
        <w:rFonts w:ascii="ＭＳ Ｐゴシック" w:eastAsia="ＭＳ Ｐゴシック" w:hAnsi="ＭＳ Ｐゴシック"/>
        <w:sz w:val="21"/>
        <w:szCs w:val="21"/>
        <w:lang w:eastAsia="ja-JP"/>
      </w:rPr>
      <w:t>FAX</w:t>
    </w:r>
    <w:r w:rsidR="001402B5">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0743-63-6158</w:t>
    </w:r>
    <w:r w:rsidRPr="00802ECD">
      <w:rPr>
        <w:rFonts w:ascii="ＭＳ Ｐゴシック" w:eastAsia="ＭＳ Ｐゴシック" w:hAnsi="ＭＳ Ｐゴシック" w:hint="eastAsia"/>
        <w:sz w:val="21"/>
        <w:szCs w:val="21"/>
        <w:lang w:eastAsia="ja-JP"/>
      </w:rPr>
      <w:t>（直通</w:t>
    </w:r>
    <w:r w:rsidR="00B46906">
      <w:rPr>
        <w:rFonts w:ascii="ＭＳ Ｐゴシック" w:eastAsia="ＭＳ Ｐゴシック" w:hAnsi="ＭＳ Ｐゴシック" w:hint="eastAsia"/>
        <w:sz w:val="21"/>
        <w:szCs w:val="21"/>
        <w:lang w:eastAsia="ja-JP"/>
      </w:rPr>
      <w:t>･24時間受信可能</w:t>
    </w:r>
    <w:r w:rsidRPr="00802ECD">
      <w:rPr>
        <w:rFonts w:ascii="ＭＳ Ｐゴシック" w:eastAsia="ＭＳ Ｐゴシック" w:hAnsi="ＭＳ Ｐゴシック" w:hint="eastAsia"/>
        <w:sz w:val="21"/>
        <w:szCs w:val="21"/>
        <w:lang w:eastAsia="ja-JP"/>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9B05D" w14:textId="77777777" w:rsidR="00A6666F" w:rsidRDefault="00A6666F" w:rsidP="00802ECD">
      <w:pPr>
        <w:spacing w:after="0" w:line="240" w:lineRule="auto"/>
      </w:pPr>
      <w:r>
        <w:separator/>
      </w:r>
    </w:p>
  </w:footnote>
  <w:footnote w:type="continuationSeparator" w:id="0">
    <w:p w14:paraId="599B9C67" w14:textId="77777777" w:rsidR="00A6666F" w:rsidRDefault="00A6666F" w:rsidP="00802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7C864F3"/>
    <w:multiLevelType w:val="hybridMultilevel"/>
    <w:tmpl w:val="0FACB4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55F6"/>
    <w:rsid w:val="00106BDA"/>
    <w:rsid w:val="001402B5"/>
    <w:rsid w:val="0015074B"/>
    <w:rsid w:val="001944FF"/>
    <w:rsid w:val="0019759B"/>
    <w:rsid w:val="001B313C"/>
    <w:rsid w:val="001D3656"/>
    <w:rsid w:val="001E274D"/>
    <w:rsid w:val="001F7336"/>
    <w:rsid w:val="002110ED"/>
    <w:rsid w:val="00217F68"/>
    <w:rsid w:val="00226FEB"/>
    <w:rsid w:val="00251316"/>
    <w:rsid w:val="00295DA3"/>
    <w:rsid w:val="0029639D"/>
    <w:rsid w:val="002B546A"/>
    <w:rsid w:val="00325456"/>
    <w:rsid w:val="00326F90"/>
    <w:rsid w:val="0033324C"/>
    <w:rsid w:val="003368C2"/>
    <w:rsid w:val="003540E2"/>
    <w:rsid w:val="003832A3"/>
    <w:rsid w:val="00386AF4"/>
    <w:rsid w:val="00422946"/>
    <w:rsid w:val="004406A8"/>
    <w:rsid w:val="004719FD"/>
    <w:rsid w:val="0047736B"/>
    <w:rsid w:val="004775F6"/>
    <w:rsid w:val="00481861"/>
    <w:rsid w:val="00494B4E"/>
    <w:rsid w:val="004A5ABC"/>
    <w:rsid w:val="004E32FE"/>
    <w:rsid w:val="004E5DE0"/>
    <w:rsid w:val="0050190E"/>
    <w:rsid w:val="00554220"/>
    <w:rsid w:val="00587CF6"/>
    <w:rsid w:val="0059098E"/>
    <w:rsid w:val="005C44FA"/>
    <w:rsid w:val="006016F4"/>
    <w:rsid w:val="006279C1"/>
    <w:rsid w:val="00636D5F"/>
    <w:rsid w:val="00695503"/>
    <w:rsid w:val="00757934"/>
    <w:rsid w:val="00793079"/>
    <w:rsid w:val="007A3559"/>
    <w:rsid w:val="007D0E96"/>
    <w:rsid w:val="007E6AB8"/>
    <w:rsid w:val="007F0B62"/>
    <w:rsid w:val="00802ECD"/>
    <w:rsid w:val="00814F49"/>
    <w:rsid w:val="0083526F"/>
    <w:rsid w:val="00891E4A"/>
    <w:rsid w:val="008A0A14"/>
    <w:rsid w:val="008B6CC8"/>
    <w:rsid w:val="008C42ED"/>
    <w:rsid w:val="008C6886"/>
    <w:rsid w:val="008F62B1"/>
    <w:rsid w:val="009013B5"/>
    <w:rsid w:val="00971533"/>
    <w:rsid w:val="009810D3"/>
    <w:rsid w:val="00991BC9"/>
    <w:rsid w:val="009B6160"/>
    <w:rsid w:val="009B754C"/>
    <w:rsid w:val="009C4B6E"/>
    <w:rsid w:val="00A52CB1"/>
    <w:rsid w:val="00A6666F"/>
    <w:rsid w:val="00AA1D8D"/>
    <w:rsid w:val="00AA4337"/>
    <w:rsid w:val="00AC1E7A"/>
    <w:rsid w:val="00AE2B96"/>
    <w:rsid w:val="00AE7F7B"/>
    <w:rsid w:val="00B132B4"/>
    <w:rsid w:val="00B33B54"/>
    <w:rsid w:val="00B42EEB"/>
    <w:rsid w:val="00B44F37"/>
    <w:rsid w:val="00B46906"/>
    <w:rsid w:val="00B47730"/>
    <w:rsid w:val="00B638BD"/>
    <w:rsid w:val="00B70F36"/>
    <w:rsid w:val="00B978ED"/>
    <w:rsid w:val="00C10532"/>
    <w:rsid w:val="00C15FC6"/>
    <w:rsid w:val="00C36714"/>
    <w:rsid w:val="00C720EF"/>
    <w:rsid w:val="00CB0664"/>
    <w:rsid w:val="00CD03B0"/>
    <w:rsid w:val="00CE122F"/>
    <w:rsid w:val="00CE627C"/>
    <w:rsid w:val="00D0763A"/>
    <w:rsid w:val="00D361D8"/>
    <w:rsid w:val="00D71B81"/>
    <w:rsid w:val="00E303D3"/>
    <w:rsid w:val="00E3151C"/>
    <w:rsid w:val="00EC2D73"/>
    <w:rsid w:val="00EC38CB"/>
    <w:rsid w:val="00F060F3"/>
    <w:rsid w:val="00F238FA"/>
    <w:rsid w:val="00F274BE"/>
    <w:rsid w:val="00F522CA"/>
    <w:rsid w:val="00F74B65"/>
    <w:rsid w:val="00F85AB9"/>
    <w:rsid w:val="00F87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67AEF3E"/>
  <w14:defaultImageDpi w14:val="300"/>
  <w15:docId w15:val="{B7A120CD-91EF-45F5-AF8A-0C35A45B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Noto Sans CJK JP" w:eastAsia="Noto Sans CJK JP" w:hAnsi="Noto Sans CJK JP"/>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Balloon Text"/>
    <w:basedOn w:val="a1"/>
    <w:link w:val="aff0"/>
    <w:uiPriority w:val="99"/>
    <w:semiHidden/>
    <w:unhideWhenUsed/>
    <w:rsid w:val="00B42EEB"/>
    <w:pPr>
      <w:spacing w:after="0" w:line="240" w:lineRule="auto"/>
    </w:pPr>
    <w:rPr>
      <w:rFonts w:asciiTheme="majorHAnsi" w:eastAsiaTheme="majorEastAsia" w:hAnsiTheme="majorHAnsi" w:cstheme="majorBidi"/>
      <w:szCs w:val="18"/>
    </w:rPr>
  </w:style>
  <w:style w:type="character" w:customStyle="1" w:styleId="aff0">
    <w:name w:val="吹き出し (文字)"/>
    <w:basedOn w:val="a2"/>
    <w:link w:val="aff"/>
    <w:uiPriority w:val="99"/>
    <w:semiHidden/>
    <w:rsid w:val="00B42E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1FCD1-9613-43F2-969A-F3CEE5A57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131</Words>
  <Characters>751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IKOID221</cp:lastModifiedBy>
  <cp:revision>26</cp:revision>
  <cp:lastPrinted>2026-10-20T08:15:00Z</cp:lastPrinted>
  <dcterms:created xsi:type="dcterms:W3CDTF">2026-10-06T05:11:00Z</dcterms:created>
  <dcterms:modified xsi:type="dcterms:W3CDTF">2026-10-20T11:08:00Z</dcterms:modified>
  <cp:category/>
</cp:coreProperties>
</file>