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e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18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</w:tblGrid>
      <w:tr w:rsidR="00B33B54" w:rsidRPr="00B33B54" w14:paraId="08384813" w14:textId="62CDBD2F" w:rsidTr="009B6160">
        <w:trPr>
          <w:trHeight w:val="557"/>
        </w:trPr>
        <w:tc>
          <w:tcPr>
            <w:tcW w:w="1418" w:type="dxa"/>
            <w:tcBorders>
              <w:top w:val="nil"/>
              <w:left w:val="nil"/>
              <w:bottom w:val="nil"/>
            </w:tcBorders>
            <w:vAlign w:val="center"/>
          </w:tcPr>
          <w:p w14:paraId="4A0680E6" w14:textId="77777777" w:rsidR="00B33B54" w:rsidRPr="00B33B54" w:rsidRDefault="00B33B54" w:rsidP="009B6160">
            <w:pPr>
              <w:rPr>
                <w:rFonts w:ascii="ＭＳ Ｐゴシック" w:eastAsia="ＭＳ Ｐゴシック" w:hAnsi="ＭＳ Ｐゴシック"/>
                <w:bCs/>
                <w:color w:val="A6A6A6" w:themeColor="background1" w:themeShade="A6"/>
                <w:szCs w:val="18"/>
                <w:lang w:eastAsia="ja-JP"/>
              </w:rPr>
            </w:pPr>
            <w:r w:rsidRPr="00B33B54">
              <w:rPr>
                <w:rFonts w:ascii="ＭＳ Ｐゴシック" w:eastAsia="ＭＳ Ｐゴシック" w:hAnsi="ＭＳ Ｐゴシック" w:hint="eastAsia"/>
                <w:bCs/>
                <w:color w:val="A6A6A6" w:themeColor="background1" w:themeShade="A6"/>
                <w:szCs w:val="18"/>
                <w:lang w:eastAsia="ja-JP"/>
              </w:rPr>
              <w:t>患者ID</w:t>
            </w:r>
          </w:p>
          <w:p w14:paraId="285C65B6" w14:textId="0A1DCA37" w:rsidR="00B33B54" w:rsidRPr="00B33B54" w:rsidRDefault="00B33B54" w:rsidP="009B6160">
            <w:pPr>
              <w:rPr>
                <w:rFonts w:ascii="ＭＳ Ｐゴシック" w:eastAsia="ＭＳ Ｐゴシック" w:hAnsi="ＭＳ Ｐゴシック"/>
                <w:bCs/>
                <w:color w:val="A6A6A6" w:themeColor="background1" w:themeShade="A6"/>
                <w:sz w:val="24"/>
                <w:szCs w:val="24"/>
                <w:lang w:eastAsia="ja-JP"/>
              </w:rPr>
            </w:pPr>
            <w:r w:rsidRPr="00B33B54">
              <w:rPr>
                <w:rFonts w:ascii="ＭＳ Ｐゴシック" w:eastAsia="ＭＳ Ｐゴシック" w:hAnsi="ＭＳ Ｐゴシック" w:hint="eastAsia"/>
                <w:bCs/>
                <w:color w:val="A6A6A6" w:themeColor="background1" w:themeShade="A6"/>
                <w:szCs w:val="18"/>
                <w:lang w:eastAsia="ja-JP"/>
              </w:rPr>
              <w:t>※当院記入欄</w:t>
            </w:r>
          </w:p>
        </w:tc>
        <w:tc>
          <w:tcPr>
            <w:tcW w:w="504" w:type="dxa"/>
            <w:vAlign w:val="center"/>
          </w:tcPr>
          <w:p w14:paraId="7BB6CF01" w14:textId="795C34D4" w:rsidR="00B33B54" w:rsidRPr="00B33B54" w:rsidRDefault="00B33B54" w:rsidP="00B33B54">
            <w:pPr>
              <w:jc w:val="center"/>
              <w:rPr>
                <w:rFonts w:ascii="ＭＳ Ｐゴシック" w:eastAsia="ＭＳ Ｐゴシック" w:hAnsi="ＭＳ Ｐゴシック"/>
                <w:bCs/>
                <w:color w:val="A6A6A6" w:themeColor="background1" w:themeShade="A6"/>
                <w:sz w:val="24"/>
                <w:szCs w:val="24"/>
                <w:lang w:eastAsia="ja-JP"/>
              </w:rPr>
            </w:pPr>
          </w:p>
        </w:tc>
        <w:tc>
          <w:tcPr>
            <w:tcW w:w="504" w:type="dxa"/>
            <w:vAlign w:val="center"/>
          </w:tcPr>
          <w:p w14:paraId="2F305C0A" w14:textId="77777777" w:rsidR="00B33B54" w:rsidRPr="00B33B54" w:rsidRDefault="00B33B54" w:rsidP="00B33B54">
            <w:pPr>
              <w:jc w:val="center"/>
              <w:rPr>
                <w:rFonts w:ascii="ＭＳ Ｐゴシック" w:eastAsia="ＭＳ Ｐゴシック" w:hAnsi="ＭＳ Ｐゴシック"/>
                <w:bCs/>
                <w:color w:val="A6A6A6" w:themeColor="background1" w:themeShade="A6"/>
                <w:sz w:val="24"/>
                <w:szCs w:val="24"/>
                <w:lang w:eastAsia="ja-JP"/>
              </w:rPr>
            </w:pPr>
          </w:p>
        </w:tc>
        <w:tc>
          <w:tcPr>
            <w:tcW w:w="504" w:type="dxa"/>
            <w:vAlign w:val="center"/>
          </w:tcPr>
          <w:p w14:paraId="6D47BD14" w14:textId="77777777" w:rsidR="00B33B54" w:rsidRPr="00B33B54" w:rsidRDefault="00B33B54" w:rsidP="00B33B54">
            <w:pPr>
              <w:jc w:val="center"/>
              <w:rPr>
                <w:rFonts w:ascii="ＭＳ Ｐゴシック" w:eastAsia="ＭＳ Ｐゴシック" w:hAnsi="ＭＳ Ｐゴシック"/>
                <w:bCs/>
                <w:color w:val="A6A6A6" w:themeColor="background1" w:themeShade="A6"/>
                <w:sz w:val="24"/>
                <w:szCs w:val="24"/>
                <w:lang w:eastAsia="ja-JP"/>
              </w:rPr>
            </w:pPr>
          </w:p>
        </w:tc>
        <w:tc>
          <w:tcPr>
            <w:tcW w:w="504" w:type="dxa"/>
            <w:vAlign w:val="center"/>
          </w:tcPr>
          <w:p w14:paraId="742D931C" w14:textId="77777777" w:rsidR="00B33B54" w:rsidRPr="00B33B54" w:rsidRDefault="00B33B54" w:rsidP="00B33B54">
            <w:pPr>
              <w:jc w:val="center"/>
              <w:rPr>
                <w:rFonts w:ascii="ＭＳ Ｐゴシック" w:eastAsia="ＭＳ Ｐゴシック" w:hAnsi="ＭＳ Ｐゴシック"/>
                <w:bCs/>
                <w:color w:val="A6A6A6" w:themeColor="background1" w:themeShade="A6"/>
                <w:sz w:val="24"/>
                <w:szCs w:val="24"/>
                <w:lang w:eastAsia="ja-JP"/>
              </w:rPr>
            </w:pPr>
          </w:p>
        </w:tc>
        <w:tc>
          <w:tcPr>
            <w:tcW w:w="504" w:type="dxa"/>
            <w:tcBorders>
              <w:top w:val="nil"/>
              <w:bottom w:val="nil"/>
            </w:tcBorders>
            <w:vAlign w:val="center"/>
          </w:tcPr>
          <w:p w14:paraId="13719A47" w14:textId="3EED92E1" w:rsidR="00B33B54" w:rsidRPr="00B33B54" w:rsidRDefault="00B33B54" w:rsidP="00B33B54">
            <w:pPr>
              <w:jc w:val="center"/>
              <w:rPr>
                <w:rFonts w:ascii="ＭＳ Ｐゴシック" w:eastAsia="ＭＳ Ｐゴシック" w:hAnsi="ＭＳ Ｐゴシック"/>
                <w:bCs/>
                <w:color w:val="A6A6A6" w:themeColor="background1" w:themeShade="A6"/>
                <w:sz w:val="24"/>
                <w:szCs w:val="24"/>
                <w:lang w:eastAsia="ja-JP"/>
              </w:rPr>
            </w:pPr>
            <w:r w:rsidRPr="00B33B54">
              <w:rPr>
                <w:rFonts w:ascii="ＭＳ Ｐゴシック" w:eastAsia="ＭＳ Ｐゴシック" w:hAnsi="ＭＳ Ｐゴシック" w:hint="eastAsia"/>
                <w:bCs/>
                <w:color w:val="A6A6A6" w:themeColor="background1" w:themeShade="A6"/>
                <w:sz w:val="24"/>
                <w:szCs w:val="24"/>
                <w:lang w:eastAsia="ja-JP"/>
              </w:rPr>
              <w:t>－</w:t>
            </w:r>
          </w:p>
        </w:tc>
        <w:tc>
          <w:tcPr>
            <w:tcW w:w="504" w:type="dxa"/>
            <w:vAlign w:val="center"/>
          </w:tcPr>
          <w:p w14:paraId="4DEC7568" w14:textId="77777777" w:rsidR="00B33B54" w:rsidRPr="00B33B54" w:rsidRDefault="00B33B54" w:rsidP="00B33B54">
            <w:pPr>
              <w:jc w:val="center"/>
              <w:rPr>
                <w:rFonts w:ascii="ＭＳ Ｐゴシック" w:eastAsia="ＭＳ Ｐゴシック" w:hAnsi="ＭＳ Ｐゴシック"/>
                <w:bCs/>
                <w:color w:val="A6A6A6" w:themeColor="background1" w:themeShade="A6"/>
                <w:sz w:val="24"/>
                <w:szCs w:val="24"/>
                <w:lang w:eastAsia="ja-JP"/>
              </w:rPr>
            </w:pPr>
          </w:p>
        </w:tc>
        <w:tc>
          <w:tcPr>
            <w:tcW w:w="504" w:type="dxa"/>
            <w:vAlign w:val="center"/>
          </w:tcPr>
          <w:p w14:paraId="3181F15D" w14:textId="77777777" w:rsidR="00B33B54" w:rsidRPr="00B33B54" w:rsidRDefault="00B33B54" w:rsidP="00B33B54">
            <w:pPr>
              <w:jc w:val="center"/>
              <w:rPr>
                <w:rFonts w:ascii="ＭＳ Ｐゴシック" w:eastAsia="ＭＳ Ｐゴシック" w:hAnsi="ＭＳ Ｐゴシック"/>
                <w:bCs/>
                <w:color w:val="A6A6A6" w:themeColor="background1" w:themeShade="A6"/>
                <w:sz w:val="24"/>
                <w:szCs w:val="24"/>
                <w:lang w:eastAsia="ja-JP"/>
              </w:rPr>
            </w:pPr>
          </w:p>
        </w:tc>
        <w:tc>
          <w:tcPr>
            <w:tcW w:w="504" w:type="dxa"/>
            <w:vAlign w:val="center"/>
          </w:tcPr>
          <w:p w14:paraId="4CC71D8D" w14:textId="77777777" w:rsidR="00B33B54" w:rsidRPr="00B33B54" w:rsidRDefault="00B33B54" w:rsidP="00B33B54">
            <w:pPr>
              <w:jc w:val="center"/>
              <w:rPr>
                <w:rFonts w:ascii="ＭＳ Ｐゴシック" w:eastAsia="ＭＳ Ｐゴシック" w:hAnsi="ＭＳ Ｐゴシック"/>
                <w:bCs/>
                <w:color w:val="A6A6A6" w:themeColor="background1" w:themeShade="A6"/>
                <w:sz w:val="24"/>
                <w:szCs w:val="24"/>
                <w:lang w:eastAsia="ja-JP"/>
              </w:rPr>
            </w:pPr>
          </w:p>
        </w:tc>
        <w:tc>
          <w:tcPr>
            <w:tcW w:w="504" w:type="dxa"/>
            <w:vAlign w:val="center"/>
          </w:tcPr>
          <w:p w14:paraId="09DF9A5B" w14:textId="77777777" w:rsidR="00B33B54" w:rsidRPr="00B33B54" w:rsidRDefault="00B33B54" w:rsidP="00B33B54">
            <w:pPr>
              <w:jc w:val="center"/>
              <w:rPr>
                <w:rFonts w:ascii="ＭＳ Ｐゴシック" w:eastAsia="ＭＳ Ｐゴシック" w:hAnsi="ＭＳ Ｐゴシック"/>
                <w:bCs/>
                <w:color w:val="A6A6A6" w:themeColor="background1" w:themeShade="A6"/>
                <w:sz w:val="24"/>
                <w:szCs w:val="24"/>
                <w:lang w:eastAsia="ja-JP"/>
              </w:rPr>
            </w:pPr>
          </w:p>
        </w:tc>
      </w:tr>
    </w:tbl>
    <w:p w14:paraId="412C132D" w14:textId="22F1F79E" w:rsidR="0050190E" w:rsidRPr="003540E2" w:rsidRDefault="000F6920" w:rsidP="00325456">
      <w:pPr>
        <w:spacing w:beforeLines="70" w:before="168" w:after="0" w:line="240" w:lineRule="auto"/>
        <w:jc w:val="center"/>
        <w:rPr>
          <w:rFonts w:ascii="ＭＳ Ｐゴシック" w:eastAsia="ＭＳ Ｐゴシック" w:hAnsi="ＭＳ Ｐゴシック"/>
          <w:lang w:eastAsia="ja-JP"/>
        </w:rPr>
      </w:pPr>
      <w:r>
        <w:rPr>
          <w:rFonts w:ascii="ＭＳ Ｐゴシック" w:eastAsia="ＭＳ Ｐゴシック" w:hAnsi="ＭＳ Ｐゴシック"/>
          <w:b/>
          <w:sz w:val="34"/>
          <w:lang w:eastAsia="ja-JP"/>
        </w:rPr>
        <w:t>MRI</w:t>
      </w:r>
      <w:r w:rsidR="0059098E" w:rsidRPr="0059098E">
        <w:rPr>
          <w:rFonts w:ascii="ＭＳ Ｐゴシック" w:eastAsia="ＭＳ Ｐゴシック" w:hAnsi="ＭＳ Ｐゴシック" w:hint="eastAsia"/>
          <w:b/>
          <w:sz w:val="34"/>
          <w:lang w:eastAsia="ja-JP"/>
        </w:rPr>
        <w:t>検査（単純）</w:t>
      </w:r>
      <w:r w:rsidR="0059098E">
        <w:rPr>
          <w:rFonts w:ascii="ＭＳ Ｐゴシック" w:eastAsia="ＭＳ Ｐゴシック" w:hAnsi="ＭＳ Ｐゴシック" w:hint="eastAsia"/>
          <w:b/>
          <w:sz w:val="34"/>
          <w:lang w:eastAsia="ja-JP"/>
        </w:rPr>
        <w:t xml:space="preserve">申込書 兼 </w:t>
      </w:r>
      <w:r w:rsidR="002110ED" w:rsidRPr="00663FCD">
        <w:rPr>
          <w:rFonts w:asciiTheme="majorEastAsia" w:eastAsiaTheme="majorEastAsia" w:hAnsiTheme="majorEastAsia" w:hint="eastAsia"/>
          <w:b/>
          <w:sz w:val="34"/>
          <w:lang w:eastAsia="ja-JP"/>
        </w:rPr>
        <w:t>診療情報提供書</w:t>
      </w:r>
    </w:p>
    <w:p w14:paraId="577985D5" w14:textId="1DC23283" w:rsidR="009B6160" w:rsidRDefault="009B6160" w:rsidP="004E5DE0">
      <w:pPr>
        <w:spacing w:beforeLines="100" w:before="240" w:afterLines="50" w:after="120" w:line="240" w:lineRule="auto"/>
        <w:jc w:val="right"/>
        <w:rPr>
          <w:rFonts w:ascii="ＭＳ ゴシック" w:eastAsia="ＭＳ ゴシック" w:hAnsi="ＭＳ ゴシック"/>
          <w:sz w:val="24"/>
          <w:szCs w:val="24"/>
          <w:lang w:eastAsia="ja-JP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年　　　月　　　日</w:t>
      </w:r>
    </w:p>
    <w:p w14:paraId="3E189924" w14:textId="50B7D3D7" w:rsidR="004E5DE0" w:rsidRDefault="004E5DE0" w:rsidP="004E5DE0">
      <w:pPr>
        <w:spacing w:afterLines="150" w:after="360" w:line="240" w:lineRule="auto"/>
        <w:rPr>
          <w:rFonts w:ascii="ＭＳ ゴシック" w:eastAsia="ＭＳ ゴシック" w:hAnsi="ＭＳ ゴシック"/>
          <w:sz w:val="24"/>
          <w:szCs w:val="24"/>
          <w:lang w:eastAsia="ja-JP"/>
        </w:rPr>
      </w:pPr>
      <w:r w:rsidRPr="001B73AA">
        <w:rPr>
          <w:rFonts w:ascii="ＭＳ ゴシック" w:eastAsia="ＭＳ ゴシック" w:hAnsi="ＭＳ ゴシック" w:hint="eastAsia"/>
          <w:bCs/>
          <w:sz w:val="24"/>
          <w:szCs w:val="24"/>
          <w:u w:val="single"/>
          <w:lang w:eastAsia="ja-JP"/>
        </w:rPr>
        <w:t>天理よろづ相談所病院　放射線科　担当医　先生</w:t>
      </w:r>
    </w:p>
    <w:p w14:paraId="6FC76AE4" w14:textId="0E6A652F" w:rsidR="00295DA3" w:rsidRPr="00A52CB1" w:rsidRDefault="00295DA3" w:rsidP="00AE2B96">
      <w:pPr>
        <w:spacing w:after="0" w:line="240" w:lineRule="auto"/>
        <w:rPr>
          <w:rFonts w:ascii="ＭＳ Ｐゴシック" w:eastAsia="ＭＳ Ｐゴシック" w:hAnsi="ＭＳ Ｐゴシック"/>
          <w:bCs/>
          <w:sz w:val="24"/>
          <w:szCs w:val="24"/>
          <w:lang w:eastAsia="ja-JP"/>
        </w:rPr>
      </w:pPr>
      <w:r>
        <w:rPr>
          <w:rFonts w:ascii="ＭＳ Ｐゴシック" w:eastAsia="ＭＳ Ｐゴシック" w:hAnsi="ＭＳ Ｐゴシック" w:hint="eastAsia"/>
          <w:bCs/>
          <w:sz w:val="24"/>
          <w:szCs w:val="24"/>
          <w:lang w:eastAsia="ja-JP"/>
        </w:rPr>
        <w:t>紹介元医療機関名</w:t>
      </w:r>
    </w:p>
    <w:tbl>
      <w:tblPr>
        <w:tblStyle w:val="afe"/>
        <w:tblW w:w="10490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60"/>
        <w:gridCol w:w="3827"/>
        <w:gridCol w:w="425"/>
        <w:gridCol w:w="1276"/>
        <w:gridCol w:w="3402"/>
      </w:tblGrid>
      <w:tr w:rsidR="00295DA3" w:rsidRPr="00891E4A" w14:paraId="00323D67" w14:textId="77777777" w:rsidTr="002B546A">
        <w:trPr>
          <w:trHeight w:val="601"/>
        </w:trPr>
        <w:tc>
          <w:tcPr>
            <w:tcW w:w="1560" w:type="dxa"/>
            <w:vAlign w:val="center"/>
          </w:tcPr>
          <w:p w14:paraId="6E969B15" w14:textId="020F7612" w:rsidR="00295DA3" w:rsidRDefault="00295DA3" w:rsidP="00AE2B96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医療機関名</w:t>
            </w:r>
          </w:p>
        </w:tc>
        <w:tc>
          <w:tcPr>
            <w:tcW w:w="4252" w:type="dxa"/>
            <w:gridSpan w:val="2"/>
            <w:vAlign w:val="center"/>
          </w:tcPr>
          <w:p w14:paraId="7D9EB37D" w14:textId="497A6D5E" w:rsidR="00295DA3" w:rsidRPr="00774E23" w:rsidRDefault="00295DA3" w:rsidP="00295DA3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276" w:type="dxa"/>
            <w:vAlign w:val="center"/>
          </w:tcPr>
          <w:p w14:paraId="4C58AC82" w14:textId="04C3EF16" w:rsidR="00295DA3" w:rsidRDefault="00AE2B96" w:rsidP="00AE2B96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医師名</w:t>
            </w:r>
          </w:p>
        </w:tc>
        <w:tc>
          <w:tcPr>
            <w:tcW w:w="3402" w:type="dxa"/>
            <w:vAlign w:val="center"/>
          </w:tcPr>
          <w:p w14:paraId="00DED8DD" w14:textId="331C3925" w:rsidR="00295DA3" w:rsidRPr="004E5DE0" w:rsidRDefault="00295DA3" w:rsidP="00295DA3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  <w:tr w:rsidR="002B546A" w14:paraId="1FB1D40C" w14:textId="77777777" w:rsidTr="002B546A">
        <w:trPr>
          <w:trHeight w:val="601"/>
        </w:trPr>
        <w:tc>
          <w:tcPr>
            <w:tcW w:w="1560" w:type="dxa"/>
            <w:vAlign w:val="center"/>
          </w:tcPr>
          <w:p w14:paraId="071E5A88" w14:textId="5A245274" w:rsidR="002B546A" w:rsidRDefault="002B546A" w:rsidP="002B546A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電話番号</w:t>
            </w:r>
          </w:p>
        </w:tc>
        <w:tc>
          <w:tcPr>
            <w:tcW w:w="3827" w:type="dxa"/>
            <w:vAlign w:val="center"/>
          </w:tcPr>
          <w:p w14:paraId="3283B75F" w14:textId="283249FD" w:rsidR="002B546A" w:rsidRPr="00774E23" w:rsidRDefault="002B546A" w:rsidP="002B546A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AA958D8" w14:textId="77777777" w:rsidR="002B546A" w:rsidRDefault="002B546A" w:rsidP="002B546A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FAX番号</w:t>
            </w:r>
          </w:p>
          <w:p w14:paraId="021E988C" w14:textId="2DC2479D" w:rsidR="002B546A" w:rsidRDefault="002B546A" w:rsidP="002B546A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 w:rsidRPr="0047736B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(</w:t>
            </w:r>
            <w:r w:rsidRPr="0047736B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予約票送付用</w:t>
            </w:r>
            <w:r w:rsidRPr="0047736B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)</w:t>
            </w:r>
          </w:p>
        </w:tc>
        <w:tc>
          <w:tcPr>
            <w:tcW w:w="3402" w:type="dxa"/>
            <w:vAlign w:val="center"/>
          </w:tcPr>
          <w:p w14:paraId="6ACEEEF3" w14:textId="2C4D43F5" w:rsidR="002B546A" w:rsidRPr="00774E23" w:rsidRDefault="002B546A" w:rsidP="002B546A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</w:tr>
      <w:tr w:rsidR="002B546A" w14:paraId="7A12C5D8" w14:textId="77777777" w:rsidTr="002B546A">
        <w:trPr>
          <w:trHeight w:val="995"/>
        </w:trPr>
        <w:tc>
          <w:tcPr>
            <w:tcW w:w="1560" w:type="dxa"/>
            <w:vAlign w:val="center"/>
          </w:tcPr>
          <w:p w14:paraId="39D26A6A" w14:textId="6CD248B4" w:rsidR="002B546A" w:rsidRDefault="002B546A" w:rsidP="002B546A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検査希望日</w:t>
            </w:r>
          </w:p>
        </w:tc>
        <w:tc>
          <w:tcPr>
            <w:tcW w:w="8930" w:type="dxa"/>
            <w:gridSpan w:val="4"/>
            <w:vAlign w:val="center"/>
          </w:tcPr>
          <w:p w14:paraId="1F67094D" w14:textId="5B3A91F1" w:rsidR="002B546A" w:rsidRDefault="002B546A" w:rsidP="002B546A">
            <w:pPr>
              <w:spacing w:line="300" w:lineRule="exact"/>
              <w:jc w:val="both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第１希望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　　　年　　　　　　月　　　　　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日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（　　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）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　　　　　　　　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時　　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 　 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分</w:t>
            </w:r>
          </w:p>
          <w:p w14:paraId="48E2552B" w14:textId="10F72DAD" w:rsidR="002B546A" w:rsidRDefault="002B546A" w:rsidP="002B546A">
            <w:pPr>
              <w:spacing w:line="300" w:lineRule="exact"/>
              <w:jc w:val="both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第２希望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　　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年　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　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月　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　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日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（　　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）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　　　　　　　　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時　　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 　 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分</w:t>
            </w:r>
          </w:p>
          <w:p w14:paraId="529D5D57" w14:textId="735B7B59" w:rsidR="002B546A" w:rsidRDefault="002B546A" w:rsidP="002B546A">
            <w:pPr>
              <w:spacing w:line="300" w:lineRule="exact"/>
              <w:jc w:val="both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第３希望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　　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年　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　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月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日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（　　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）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　　　　　　　　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時　　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 　 　</w:t>
            </w:r>
            <w:r w:rsidRPr="00E303D3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分</w:t>
            </w:r>
          </w:p>
        </w:tc>
      </w:tr>
    </w:tbl>
    <w:p w14:paraId="702CB7C8" w14:textId="260B4555" w:rsidR="00707152" w:rsidRDefault="00707152" w:rsidP="00707152">
      <w:pPr>
        <w:spacing w:beforeLines="10" w:before="24" w:after="0" w:line="240" w:lineRule="auto"/>
        <w:rPr>
          <w:rFonts w:ascii="ＭＳ Ｐゴシック" w:eastAsia="ＭＳ Ｐゴシック" w:hAnsi="ＭＳ Ｐゴシック"/>
          <w:bCs/>
          <w:sz w:val="24"/>
          <w:szCs w:val="24"/>
          <w:lang w:eastAsia="ja-JP"/>
        </w:rPr>
      </w:pPr>
      <w:r w:rsidRPr="00814F49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※検査</w:t>
      </w:r>
      <w:r w:rsidR="000421D9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予約可能日時：</w:t>
      </w:r>
      <w:r w:rsidR="000421D9" w:rsidRPr="000421D9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月・火・水・金</w:t>
      </w:r>
      <w:r>
        <w:rPr>
          <w:rFonts w:ascii="ＭＳ Ｐゴシック" w:eastAsia="ＭＳ Ｐゴシック" w:hAnsi="ＭＳ Ｐゴシック" w:hint="eastAsia"/>
          <w:bCs/>
          <w:szCs w:val="18"/>
          <w:lang w:eastAsia="ja-JP"/>
        </w:rPr>
        <w:t>曜日</w:t>
      </w:r>
      <w:r w:rsidR="000421D9" w:rsidRPr="000421D9">
        <w:rPr>
          <w:rFonts w:ascii="ＭＳ Ｐゴシック" w:eastAsia="ＭＳ Ｐゴシック" w:hAnsi="ＭＳ Ｐゴシック"/>
          <w:bCs/>
          <w:szCs w:val="18"/>
          <w:lang w:eastAsia="ja-JP"/>
        </w:rPr>
        <w:t>16:20</w:t>
      </w:r>
      <w:r w:rsidR="00B36761">
        <w:rPr>
          <w:rFonts w:ascii="ＭＳ Ｐゴシック" w:eastAsia="ＭＳ Ｐゴシック" w:hAnsi="ＭＳ Ｐゴシック" w:hint="eastAsia"/>
          <w:bCs/>
          <w:szCs w:val="18"/>
          <w:lang w:eastAsia="ja-JP"/>
        </w:rPr>
        <w:t xml:space="preserve">　</w:t>
      </w:r>
      <w:r w:rsidR="000421D9" w:rsidRPr="000421D9">
        <w:rPr>
          <w:rFonts w:ascii="ＭＳ Ｐゴシック" w:eastAsia="ＭＳ Ｐゴシック" w:hAnsi="ＭＳ Ｐゴシック"/>
          <w:bCs/>
          <w:szCs w:val="18"/>
          <w:lang w:eastAsia="ja-JP"/>
        </w:rPr>
        <w:t>16:40</w:t>
      </w:r>
      <w:r w:rsidR="000421D9">
        <w:rPr>
          <w:rFonts w:ascii="ＭＳ Ｐゴシック" w:eastAsia="ＭＳ Ｐゴシック" w:hAnsi="ＭＳ Ｐゴシック" w:hint="eastAsia"/>
          <w:bCs/>
          <w:szCs w:val="18"/>
          <w:lang w:eastAsia="ja-JP"/>
        </w:rPr>
        <w:t xml:space="preserve">　</w:t>
      </w:r>
      <w:r w:rsidR="000421D9" w:rsidRPr="000421D9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木</w:t>
      </w:r>
      <w:r w:rsidR="000421D9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曜日</w:t>
      </w:r>
      <w:r w:rsidR="000421D9" w:rsidRPr="000421D9">
        <w:rPr>
          <w:rFonts w:ascii="ＭＳ Ｐゴシック" w:eastAsia="ＭＳ Ｐゴシック" w:hAnsi="ＭＳ Ｐゴシック"/>
          <w:bCs/>
          <w:szCs w:val="18"/>
          <w:lang w:eastAsia="ja-JP"/>
        </w:rPr>
        <w:t xml:space="preserve"> 17:00</w:t>
      </w:r>
      <w:r w:rsidR="000421D9">
        <w:rPr>
          <w:rFonts w:ascii="ＭＳ Ｐゴシック" w:eastAsia="ＭＳ Ｐゴシック" w:hAnsi="ＭＳ Ｐゴシック" w:hint="eastAsia"/>
          <w:bCs/>
          <w:szCs w:val="18"/>
          <w:lang w:eastAsia="ja-JP"/>
        </w:rPr>
        <w:t xml:space="preserve">　（</w:t>
      </w:r>
      <w:r w:rsidR="000421D9" w:rsidRPr="003832A3">
        <w:rPr>
          <w:rFonts w:ascii="ＭＳ Ｐゴシック" w:eastAsia="ＭＳ Ｐゴシック" w:hAnsi="ＭＳ Ｐゴシック"/>
          <w:bCs/>
          <w:szCs w:val="18"/>
          <w:lang w:eastAsia="ja-JP"/>
        </w:rPr>
        <w:t>祝日・12</w:t>
      </w:r>
      <w:r w:rsidR="000421D9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/</w:t>
      </w:r>
      <w:r w:rsidR="000421D9" w:rsidRPr="003832A3">
        <w:rPr>
          <w:rFonts w:ascii="ＭＳ Ｐゴシック" w:eastAsia="ＭＳ Ｐゴシック" w:hAnsi="ＭＳ Ｐゴシック"/>
          <w:bCs/>
          <w:szCs w:val="18"/>
          <w:lang w:eastAsia="ja-JP"/>
        </w:rPr>
        <w:t>29</w:t>
      </w:r>
      <w:r w:rsidR="000421D9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～</w:t>
      </w:r>
      <w:r w:rsidR="000421D9" w:rsidRPr="003832A3">
        <w:rPr>
          <w:rFonts w:ascii="ＭＳ Ｐゴシック" w:eastAsia="ＭＳ Ｐゴシック" w:hAnsi="ＭＳ Ｐゴシック"/>
          <w:bCs/>
          <w:szCs w:val="18"/>
          <w:lang w:eastAsia="ja-JP"/>
        </w:rPr>
        <w:t>1</w:t>
      </w:r>
      <w:r w:rsidR="000421D9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/</w:t>
      </w:r>
      <w:r w:rsidR="000421D9" w:rsidRPr="003832A3">
        <w:rPr>
          <w:rFonts w:ascii="ＭＳ Ｐゴシック" w:eastAsia="ＭＳ Ｐゴシック" w:hAnsi="ＭＳ Ｐゴシック"/>
          <w:bCs/>
          <w:szCs w:val="18"/>
          <w:lang w:eastAsia="ja-JP"/>
        </w:rPr>
        <w:t>3日を除く</w:t>
      </w:r>
      <w:r w:rsidR="000421D9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）</w:t>
      </w:r>
    </w:p>
    <w:p w14:paraId="2240BA52" w14:textId="684D1508" w:rsidR="009B6160" w:rsidRDefault="00A52CB1" w:rsidP="00774E23">
      <w:pPr>
        <w:spacing w:beforeLines="50" w:before="120" w:after="0" w:line="240" w:lineRule="auto"/>
        <w:rPr>
          <w:rFonts w:ascii="ＭＳ Ｐゴシック" w:eastAsia="ＭＳ Ｐゴシック" w:hAnsi="ＭＳ Ｐゴシック"/>
          <w:bCs/>
          <w:sz w:val="24"/>
          <w:szCs w:val="24"/>
          <w:lang w:eastAsia="ja-JP"/>
        </w:rPr>
      </w:pPr>
      <w:proofErr w:type="spellStart"/>
      <w:r w:rsidRPr="00A52CB1">
        <w:rPr>
          <w:rFonts w:ascii="ＭＳ Ｐゴシック" w:eastAsia="ＭＳ Ｐゴシック" w:hAnsi="ＭＳ Ｐゴシック"/>
          <w:bCs/>
          <w:sz w:val="24"/>
          <w:szCs w:val="24"/>
        </w:rPr>
        <w:t>患者情報</w:t>
      </w:r>
      <w:proofErr w:type="spellEnd"/>
    </w:p>
    <w:tbl>
      <w:tblPr>
        <w:tblStyle w:val="afe"/>
        <w:tblW w:w="10490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560"/>
        <w:gridCol w:w="3685"/>
        <w:gridCol w:w="1559"/>
        <w:gridCol w:w="792"/>
        <w:gridCol w:w="1447"/>
        <w:gridCol w:w="1447"/>
      </w:tblGrid>
      <w:tr w:rsidR="001E274D" w14:paraId="4A59BA9E" w14:textId="77777777" w:rsidTr="002B546A">
        <w:trPr>
          <w:trHeight w:val="333"/>
        </w:trPr>
        <w:tc>
          <w:tcPr>
            <w:tcW w:w="1560" w:type="dxa"/>
            <w:tcBorders>
              <w:top w:val="single" w:sz="8" w:space="0" w:color="auto"/>
              <w:bottom w:val="dashSmallGap" w:sz="4" w:space="0" w:color="auto"/>
              <w:right w:val="single" w:sz="2" w:space="0" w:color="auto"/>
            </w:tcBorders>
            <w:vAlign w:val="center"/>
          </w:tcPr>
          <w:p w14:paraId="7AEC714C" w14:textId="77777777" w:rsidR="001E274D" w:rsidRDefault="001E274D" w:rsidP="00BA7739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 w:rsidRPr="00A52CB1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ﾌﾘｶﾞﾅ</w:t>
            </w:r>
          </w:p>
        </w:tc>
        <w:tc>
          <w:tcPr>
            <w:tcW w:w="6036" w:type="dxa"/>
            <w:gridSpan w:val="3"/>
            <w:tcBorders>
              <w:top w:val="single" w:sz="8" w:space="0" w:color="auto"/>
              <w:left w:val="single" w:sz="2" w:space="0" w:color="auto"/>
              <w:bottom w:val="dashSmallGap" w:sz="4" w:space="0" w:color="auto"/>
              <w:right w:val="single" w:sz="2" w:space="0" w:color="auto"/>
            </w:tcBorders>
            <w:vAlign w:val="center"/>
          </w:tcPr>
          <w:p w14:paraId="5BC35BC1" w14:textId="77777777" w:rsidR="001E274D" w:rsidRPr="00774E23" w:rsidRDefault="001E274D" w:rsidP="00BA7739">
            <w:pPr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447" w:type="dxa"/>
            <w:tcBorders>
              <w:top w:val="single" w:sz="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0A3F1B9" w14:textId="77777777" w:rsidR="001E274D" w:rsidRDefault="001E274D" w:rsidP="00BA7739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性別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2" w:space="0" w:color="auto"/>
            </w:tcBorders>
            <w:vAlign w:val="center"/>
          </w:tcPr>
          <w:p w14:paraId="5C7D34A6" w14:textId="77777777" w:rsidR="001E274D" w:rsidRDefault="001E274D" w:rsidP="00BA7739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 w:rsidRPr="00A52CB1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旧姓</w:t>
            </w:r>
          </w:p>
        </w:tc>
      </w:tr>
      <w:tr w:rsidR="001E274D" w:rsidRPr="00891E4A" w14:paraId="4AAE4399" w14:textId="77777777" w:rsidTr="002B546A">
        <w:trPr>
          <w:trHeight w:val="707"/>
        </w:trPr>
        <w:tc>
          <w:tcPr>
            <w:tcW w:w="1560" w:type="dxa"/>
            <w:tcBorders>
              <w:top w:val="dashSmallGap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5911F8" w14:textId="77777777" w:rsidR="001E274D" w:rsidRDefault="001E274D" w:rsidP="00BA7739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 w:rsidRPr="00A52CB1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患者氏名</w:t>
            </w:r>
          </w:p>
        </w:tc>
        <w:tc>
          <w:tcPr>
            <w:tcW w:w="6036" w:type="dxa"/>
            <w:gridSpan w:val="3"/>
            <w:tcBorders>
              <w:top w:val="dashSmallGap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7133760" w14:textId="77777777" w:rsidR="001E274D" w:rsidRPr="00774E23" w:rsidRDefault="001E274D" w:rsidP="00BA7739">
            <w:pPr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1447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7404773" w14:textId="77777777" w:rsidR="001E274D" w:rsidRDefault="001E274D" w:rsidP="00BA7739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男　 女</w:t>
            </w:r>
          </w:p>
        </w:tc>
        <w:tc>
          <w:tcPr>
            <w:tcW w:w="1447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14:paraId="0801DDFF" w14:textId="77777777" w:rsidR="001E274D" w:rsidRPr="00774E23" w:rsidRDefault="001E274D" w:rsidP="00774E2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  <w:tr w:rsidR="001E274D" w14:paraId="35FECFC7" w14:textId="77777777" w:rsidTr="002B546A">
        <w:trPr>
          <w:trHeight w:val="517"/>
        </w:trPr>
        <w:tc>
          <w:tcPr>
            <w:tcW w:w="1560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6414C2" w14:textId="77777777" w:rsidR="001E274D" w:rsidRPr="00802ECD" w:rsidRDefault="001E274D" w:rsidP="00BA7739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生年月日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C7D1798" w14:textId="104524A5" w:rsidR="001E274D" w:rsidRDefault="00636D5F" w:rsidP="00C36714">
            <w:pPr>
              <w:ind w:firstLineChars="50" w:firstLine="105"/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 w:rsidRPr="00891E4A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大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</w:t>
            </w:r>
            <w:r w:rsidRPr="00891E4A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昭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</w:t>
            </w:r>
            <w:r w:rsidRPr="00891E4A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平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</w:t>
            </w:r>
            <w:r w:rsidRPr="00891E4A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令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　西暦　　　　　　　　　　年　　　　　　　　月　　　　　　　　日　　　（　　　　　　　歳）</w:t>
            </w:r>
          </w:p>
        </w:tc>
      </w:tr>
      <w:tr w:rsidR="001E274D" w14:paraId="70F8ECDD" w14:textId="77777777" w:rsidTr="002B546A">
        <w:trPr>
          <w:trHeight w:val="785"/>
        </w:trPr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75C98E" w14:textId="77777777" w:rsidR="001E274D" w:rsidRDefault="001E274D" w:rsidP="00BA7739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 w:rsidRPr="00802ECD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住　所</w:t>
            </w:r>
          </w:p>
        </w:tc>
        <w:tc>
          <w:tcPr>
            <w:tcW w:w="89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0C21245" w14:textId="77777777" w:rsidR="001E274D" w:rsidRPr="00774E23" w:rsidRDefault="001E274D" w:rsidP="00BA7739">
            <w:pPr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774E23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〒　　　　-</w:t>
            </w:r>
          </w:p>
          <w:p w14:paraId="7043B80E" w14:textId="77777777" w:rsidR="001E274D" w:rsidRPr="00774E23" w:rsidRDefault="001E274D" w:rsidP="00BA7739">
            <w:pPr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  <w:tr w:rsidR="001E274D" w14:paraId="630C933C" w14:textId="77777777" w:rsidTr="002B546A">
        <w:trPr>
          <w:trHeight w:val="479"/>
        </w:trPr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A3DD30" w14:textId="77777777" w:rsidR="001E274D" w:rsidRDefault="001E274D" w:rsidP="00BA7739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自宅番号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693A80" w14:textId="4CD99F24" w:rsidR="001E274D" w:rsidRPr="00774E23" w:rsidRDefault="001E274D" w:rsidP="00BA7739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F625F5" w14:textId="77777777" w:rsidR="001E274D" w:rsidRDefault="001E274D" w:rsidP="00CE627C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 w:rsidRPr="00802ECD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携帯電話</w:t>
            </w:r>
          </w:p>
        </w:tc>
        <w:tc>
          <w:tcPr>
            <w:tcW w:w="3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A1AD93C" w14:textId="5D136A15" w:rsidR="001E274D" w:rsidRPr="00774E23" w:rsidRDefault="001E274D" w:rsidP="00BA7739">
            <w:pPr>
              <w:jc w:val="both"/>
              <w:rPr>
                <w:rFonts w:ascii="ＭＳ Ｐ明朝" w:eastAsia="ＭＳ Ｐ明朝" w:hAnsi="ＭＳ Ｐ明朝"/>
                <w:sz w:val="21"/>
                <w:szCs w:val="21"/>
                <w:lang w:eastAsia="ja-JP"/>
              </w:rPr>
            </w:pPr>
          </w:p>
        </w:tc>
      </w:tr>
      <w:tr w:rsidR="002110ED" w14:paraId="4005EA23" w14:textId="77777777" w:rsidTr="002B546A">
        <w:trPr>
          <w:trHeight w:val="548"/>
        </w:trPr>
        <w:tc>
          <w:tcPr>
            <w:tcW w:w="1560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1B9D31A2" w14:textId="6B8628B8" w:rsidR="002110ED" w:rsidRDefault="002110ED" w:rsidP="002110ED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 w:rsidRPr="002110E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傷病名</w:t>
            </w:r>
          </w:p>
        </w:tc>
        <w:tc>
          <w:tcPr>
            <w:tcW w:w="8930" w:type="dxa"/>
            <w:gridSpan w:val="5"/>
            <w:tcBorders>
              <w:top w:val="single" w:sz="2" w:space="0" w:color="auto"/>
              <w:left w:val="single" w:sz="2" w:space="0" w:color="auto"/>
              <w:bottom w:val="nil"/>
            </w:tcBorders>
            <w:vAlign w:val="center"/>
          </w:tcPr>
          <w:p w14:paraId="7885CC92" w14:textId="6688C865" w:rsidR="002110ED" w:rsidRPr="00774E23" w:rsidRDefault="002110ED" w:rsidP="00BA7739">
            <w:pPr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  <w:tr w:rsidR="00D641DA" w14:paraId="7E0B627F" w14:textId="77777777" w:rsidTr="00157A91">
        <w:trPr>
          <w:trHeight w:val="992"/>
        </w:trPr>
        <w:tc>
          <w:tcPr>
            <w:tcW w:w="1560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747946BA" w14:textId="3CEA6E5F" w:rsidR="00D641DA" w:rsidRPr="00802ECD" w:rsidRDefault="00D641DA" w:rsidP="00BA7739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検査</w:t>
            </w:r>
            <w:r w:rsidRPr="00802ECD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目的</w:t>
            </w:r>
          </w:p>
        </w:tc>
        <w:tc>
          <w:tcPr>
            <w:tcW w:w="8930" w:type="dxa"/>
            <w:gridSpan w:val="5"/>
            <w:tcBorders>
              <w:top w:val="single" w:sz="2" w:space="0" w:color="auto"/>
              <w:left w:val="single" w:sz="2" w:space="0" w:color="auto"/>
            </w:tcBorders>
          </w:tcPr>
          <w:p w14:paraId="3C96BE32" w14:textId="7CE223A5" w:rsidR="00D641DA" w:rsidRPr="00774E23" w:rsidRDefault="00D641DA" w:rsidP="00D641DA">
            <w:pPr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  <w:tr w:rsidR="00226FEB" w14:paraId="42C6EDBC" w14:textId="77777777" w:rsidTr="00D641DA">
        <w:trPr>
          <w:trHeight w:val="1973"/>
        </w:trPr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47245D" w14:textId="755DE892" w:rsidR="00226FEB" w:rsidRPr="00802ECD" w:rsidRDefault="004A5ABC" w:rsidP="00AE2B96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検査部位</w:t>
            </w:r>
          </w:p>
        </w:tc>
        <w:tc>
          <w:tcPr>
            <w:tcW w:w="89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D22C8DE" w14:textId="0860B27B" w:rsidR="00226FEB" w:rsidRDefault="000F6920" w:rsidP="00B42EEB">
            <w:pPr>
              <w:spacing w:line="300" w:lineRule="exact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 w:rsidRPr="000F6920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※</w:t>
            </w:r>
            <w:r w:rsidRPr="000F6920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1</w:t>
            </w:r>
            <w:r w:rsidRPr="000F6920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日</w:t>
            </w:r>
            <w:r w:rsidRPr="000F6920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1</w:t>
            </w:r>
            <w:r w:rsidRPr="000F6920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回</w:t>
            </w:r>
            <w:r w:rsidRPr="000F6920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1</w:t>
            </w:r>
            <w:r w:rsidRPr="000F6920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部位のみ（左右のある部位は、片側で</w:t>
            </w:r>
            <w:r w:rsidRPr="000F6920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1</w:t>
            </w:r>
            <w:r w:rsidRPr="000F6920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部位）</w:t>
            </w:r>
          </w:p>
          <w:p w14:paraId="6D486E63" w14:textId="6B8D0F32" w:rsidR="00C37B31" w:rsidRPr="004A5ABC" w:rsidRDefault="00C54528" w:rsidP="000F6920">
            <w:pPr>
              <w:spacing w:line="300" w:lineRule="exact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1"/>
                  <w:szCs w:val="21"/>
                  <w:lang w:eastAsia="ja-JP"/>
                </w:rPr>
                <w:id w:val="-27741326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0F6920">
                  <w:rPr>
                    <w:rFonts w:ascii="ＭＳ ゴシック" w:eastAsia="ＭＳ ゴシック" w:hAnsi="ＭＳ ゴシック" w:hint="eastAsia"/>
                    <w:sz w:val="21"/>
                    <w:szCs w:val="21"/>
                    <w:lang w:eastAsia="ja-JP"/>
                  </w:rPr>
                  <w:t>☐</w:t>
                </w:r>
              </w:sdtContent>
            </w:sdt>
            <w:r w:rsidR="000F6920" w:rsidRPr="004A5ABC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頭部</w:t>
            </w:r>
            <w:r w:rsidR="000F6920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1"/>
                  <w:szCs w:val="21"/>
                  <w:lang w:eastAsia="ja-JP"/>
                </w:rPr>
                <w:id w:val="-183992680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0F6920">
                  <w:rPr>
                    <w:rFonts w:ascii="ＭＳ ゴシック" w:eastAsia="ＭＳ ゴシック" w:hAnsi="ＭＳ ゴシック" w:hint="eastAsia"/>
                    <w:sz w:val="21"/>
                    <w:szCs w:val="21"/>
                    <w:lang w:eastAsia="ja-JP"/>
                  </w:rPr>
                  <w:t>☐</w:t>
                </w:r>
              </w:sdtContent>
            </w:sdt>
            <w:r w:rsidR="000F6920" w:rsidRPr="009F1D3C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頸椎</w:t>
            </w:r>
            <w:r w:rsidR="000F6920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1"/>
                  <w:szCs w:val="21"/>
                  <w:lang w:eastAsia="ja-JP"/>
                </w:rPr>
                <w:id w:val="20422867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0F6920">
                  <w:rPr>
                    <w:rFonts w:ascii="ＭＳ ゴシック" w:eastAsia="ＭＳ ゴシック" w:hAnsi="ＭＳ ゴシック" w:hint="eastAsia"/>
                    <w:sz w:val="21"/>
                    <w:szCs w:val="21"/>
                    <w:lang w:eastAsia="ja-JP"/>
                  </w:rPr>
                  <w:t>☐</w:t>
                </w:r>
              </w:sdtContent>
            </w:sdt>
            <w:r w:rsidR="000F6920" w:rsidRPr="004A5ABC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腰椎</w:t>
            </w:r>
            <w:r w:rsidR="00C37B31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 </w:t>
            </w:r>
            <w:r w:rsidR="000F6920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sdt>
              <w:sdtPr>
                <w:rPr>
                  <w:rFonts w:ascii="ＭＳ Ｐゴシック" w:eastAsia="ＭＳ Ｐゴシック" w:hAnsi="ＭＳ Ｐゴシック" w:hint="eastAsia"/>
                  <w:sz w:val="21"/>
                  <w:szCs w:val="21"/>
                  <w:lang w:eastAsia="ja-JP"/>
                </w:rPr>
                <w:id w:val="175770375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0F6920">
                  <w:rPr>
                    <w:rFonts w:ascii="ＭＳ ゴシック" w:eastAsia="ＭＳ ゴシック" w:hAnsi="ＭＳ ゴシック" w:hint="eastAsia"/>
                    <w:sz w:val="21"/>
                    <w:szCs w:val="21"/>
                    <w:lang w:eastAsia="ja-JP"/>
                  </w:rPr>
                  <w:t>☐</w:t>
                </w:r>
              </w:sdtContent>
            </w:sdt>
            <w:r w:rsidR="000F6920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MRCP</w:t>
            </w:r>
            <w:bookmarkStart w:id="0" w:name="_GoBack"/>
            <w:bookmarkEnd w:id="0"/>
          </w:p>
          <w:p w14:paraId="109F047B" w14:textId="4BB29AD3" w:rsidR="000F6920" w:rsidRPr="004A5ABC" w:rsidRDefault="00C54528" w:rsidP="000F6920">
            <w:pPr>
              <w:spacing w:line="300" w:lineRule="exact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1"/>
                  <w:szCs w:val="21"/>
                  <w:lang w:eastAsia="ja-JP"/>
                </w:rPr>
                <w:id w:val="-42226991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0F6920">
                  <w:rPr>
                    <w:rFonts w:ascii="ＭＳ ゴシック" w:eastAsia="ＭＳ ゴシック" w:hAnsi="ＭＳ ゴシック" w:hint="eastAsia"/>
                    <w:sz w:val="21"/>
                    <w:szCs w:val="21"/>
                    <w:lang w:eastAsia="ja-JP"/>
                  </w:rPr>
                  <w:t>☐</w:t>
                </w:r>
              </w:sdtContent>
            </w:sdt>
            <w:r w:rsidR="000F6920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上腹部（検査部位詳細に具体的に記載</w:t>
            </w:r>
            <w:r w:rsidR="000F6920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 w:rsidR="000F6920" w:rsidRPr="00952809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例</w:t>
            </w:r>
            <w:r w:rsidR="000F6920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：</w:t>
            </w:r>
            <w:r w:rsidR="000F6920" w:rsidRPr="00952809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>腎臓）</w:t>
            </w:r>
          </w:p>
          <w:p w14:paraId="3F7BAA77" w14:textId="4732C5EF" w:rsidR="000F6920" w:rsidRPr="004A5ABC" w:rsidRDefault="00C54528" w:rsidP="000F6920">
            <w:pPr>
              <w:spacing w:line="300" w:lineRule="exact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1"/>
                  <w:szCs w:val="21"/>
                  <w:lang w:eastAsia="ja-JP"/>
                </w:rPr>
                <w:id w:val="-8646655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0F6920">
                  <w:rPr>
                    <w:rFonts w:ascii="ＭＳ ゴシック" w:eastAsia="ＭＳ ゴシック" w:hAnsi="ＭＳ ゴシック" w:hint="eastAsia"/>
                    <w:sz w:val="21"/>
                    <w:szCs w:val="21"/>
                    <w:lang w:eastAsia="ja-JP"/>
                  </w:rPr>
                  <w:t>☐</w:t>
                </w:r>
              </w:sdtContent>
            </w:sdt>
            <w:r w:rsidR="000F6920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骨盤部（検査部位詳細に具体的に記載　例：</w:t>
            </w:r>
            <w:r w:rsidR="000F6920" w:rsidRPr="00FD14E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子宮）</w:t>
            </w:r>
          </w:p>
          <w:p w14:paraId="06477186" w14:textId="15B4DDD0" w:rsidR="000F6920" w:rsidRDefault="00C54528" w:rsidP="000F6920">
            <w:pPr>
              <w:tabs>
                <w:tab w:val="left" w:pos="829"/>
              </w:tabs>
              <w:spacing w:line="300" w:lineRule="exact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1"/>
                  <w:szCs w:val="21"/>
                  <w:lang w:eastAsia="ja-JP"/>
                </w:rPr>
                <w:id w:val="-167093870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0F6920">
                  <w:rPr>
                    <w:rFonts w:ascii="ＭＳ ゴシック" w:eastAsia="ＭＳ ゴシック" w:hAnsi="ＭＳ ゴシック" w:hint="eastAsia"/>
                    <w:sz w:val="21"/>
                    <w:szCs w:val="21"/>
                    <w:lang w:eastAsia="ja-JP"/>
                  </w:rPr>
                  <w:t>☐</w:t>
                </w:r>
              </w:sdtContent>
            </w:sdt>
            <w:r w:rsidR="000F6920" w:rsidRPr="00FD14E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関節</w:t>
            </w:r>
            <w:r w:rsidR="000F6920"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  <w:tab/>
            </w:r>
            <w:r w:rsidR="000F6920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（検査部位詳細に具体的に記載　例：</w:t>
            </w:r>
            <w:r w:rsidR="000F6920" w:rsidRPr="00FD14E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右手関節）</w:t>
            </w:r>
          </w:p>
          <w:p w14:paraId="2850E752" w14:textId="5CB17B12" w:rsidR="004A5ABC" w:rsidRDefault="00C54528" w:rsidP="000F6920">
            <w:pPr>
              <w:spacing w:line="300" w:lineRule="exact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1"/>
                  <w:szCs w:val="21"/>
                  <w:lang w:eastAsia="ja-JP"/>
                </w:rPr>
                <w:id w:val="-114357964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0F6920">
                  <w:rPr>
                    <w:rFonts w:ascii="ＭＳ ゴシック" w:eastAsia="ＭＳ ゴシック" w:hAnsi="ＭＳ ゴシック" w:hint="eastAsia"/>
                    <w:sz w:val="21"/>
                    <w:szCs w:val="21"/>
                    <w:lang w:eastAsia="ja-JP"/>
                  </w:rPr>
                  <w:t>☐</w:t>
                </w:r>
              </w:sdtContent>
            </w:sdt>
            <w:r w:rsidR="000F6920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その他（検査部位詳細に具体的に記載　例：</w:t>
            </w:r>
            <w:r w:rsidR="000F6920" w:rsidRPr="00FD14E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胸椎）</w:t>
            </w:r>
          </w:p>
        </w:tc>
      </w:tr>
      <w:tr w:rsidR="004A5ABC" w14:paraId="76417B04" w14:textId="77777777" w:rsidTr="002B546A">
        <w:trPr>
          <w:trHeight w:val="559"/>
        </w:trPr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810E8B" w14:textId="1F72A241" w:rsidR="004A5ABC" w:rsidRDefault="004A5ABC" w:rsidP="002B546A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検査部位詳細</w:t>
            </w:r>
          </w:p>
        </w:tc>
        <w:tc>
          <w:tcPr>
            <w:tcW w:w="893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117B9D9" w14:textId="453AD68A" w:rsidR="004A5ABC" w:rsidRPr="00774E23" w:rsidRDefault="004A5ABC" w:rsidP="00226FEB">
            <w:pPr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  <w:tr w:rsidR="002110ED" w14:paraId="7ED5C174" w14:textId="77777777" w:rsidTr="00CD52CF">
        <w:trPr>
          <w:trHeight w:val="1842"/>
        </w:trPr>
        <w:tc>
          <w:tcPr>
            <w:tcW w:w="156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F028E0A" w14:textId="25802E94" w:rsidR="002110ED" w:rsidRPr="002110ED" w:rsidRDefault="002110ED" w:rsidP="00AE2B96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  <w:lang w:eastAsia="ja-JP"/>
              </w:rPr>
            </w:pPr>
            <w:r w:rsidRPr="002110ED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臨床経過</w:t>
            </w:r>
          </w:p>
        </w:tc>
        <w:tc>
          <w:tcPr>
            <w:tcW w:w="8930" w:type="dxa"/>
            <w:gridSpan w:val="5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000FF279" w14:textId="77777777" w:rsidR="002110ED" w:rsidRPr="00774E23" w:rsidRDefault="002110ED" w:rsidP="00CD52CF">
            <w:pPr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</w:tbl>
    <w:p w14:paraId="01C192AE" w14:textId="747DE9BF" w:rsidR="002110ED" w:rsidRPr="00B46906" w:rsidRDefault="002110ED" w:rsidP="002110ED">
      <w:pPr>
        <w:spacing w:beforeLines="30" w:before="72" w:after="0" w:line="240" w:lineRule="auto"/>
        <w:rPr>
          <w:rFonts w:ascii="ＭＳ Ｐゴシック" w:eastAsia="ＭＳ Ｐゴシック" w:hAnsi="ＭＳ Ｐゴシック"/>
          <w:bCs/>
          <w:szCs w:val="18"/>
          <w:lang w:eastAsia="ja-JP"/>
        </w:rPr>
      </w:pPr>
      <w:r w:rsidRPr="00B46906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※本書</w:t>
      </w:r>
      <w:r w:rsidR="00C529B3" w:rsidRPr="00C529B3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と問診票</w:t>
      </w:r>
      <w:r w:rsidRPr="00B46906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は、患者総合支援センター地域医療連携まで</w:t>
      </w:r>
      <w:r w:rsidRPr="00B46906">
        <w:rPr>
          <w:rFonts w:ascii="ＭＳ Ｐゴシック" w:eastAsia="ＭＳ Ｐゴシック" w:hAnsi="ＭＳ Ｐゴシック"/>
          <w:bCs/>
          <w:szCs w:val="18"/>
          <w:lang w:eastAsia="ja-JP"/>
        </w:rPr>
        <w:t>FAX</w:t>
      </w:r>
      <w:r w:rsidRPr="00B46906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でお送りください。</w:t>
      </w:r>
    </w:p>
    <w:p w14:paraId="642DD4CA" w14:textId="1C52CE65" w:rsidR="002110ED" w:rsidRPr="00B46906" w:rsidRDefault="002110ED" w:rsidP="004E5DE0">
      <w:pPr>
        <w:spacing w:after="0" w:line="240" w:lineRule="auto"/>
        <w:rPr>
          <w:rFonts w:ascii="ＭＳ Ｐゴシック" w:eastAsia="ＭＳ Ｐゴシック" w:hAnsi="ＭＳ Ｐゴシック"/>
          <w:bCs/>
          <w:szCs w:val="18"/>
          <w:lang w:eastAsia="ja-JP"/>
        </w:rPr>
      </w:pPr>
      <w:r w:rsidRPr="00B46906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※本書</w:t>
      </w:r>
      <w:r w:rsidR="00C529B3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と</w:t>
      </w:r>
      <w:r w:rsidR="00C529B3" w:rsidRPr="00C529B3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問診票</w:t>
      </w:r>
      <w:r w:rsidR="00C529B3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の</w:t>
      </w:r>
      <w:r w:rsidRPr="00B46906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原本は</w:t>
      </w:r>
      <w:r w:rsidR="008C4947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患者さんにお渡しのうえ、</w:t>
      </w:r>
      <w:r w:rsidR="008C4947" w:rsidRPr="00B46906">
        <w:rPr>
          <w:rFonts w:ascii="ＭＳ Ｐゴシック" w:eastAsia="ＭＳ Ｐゴシック" w:hAnsi="ＭＳ Ｐゴシック" w:hint="eastAsia"/>
          <w:bCs/>
          <w:szCs w:val="18"/>
          <w:lang w:eastAsia="ja-JP"/>
        </w:rPr>
        <w:t>検査当日にご持参いただくようご案内ください。</w:t>
      </w:r>
    </w:p>
    <w:sectPr w:rsidR="002110ED" w:rsidRPr="00B46906" w:rsidSect="00707152">
      <w:footerReference w:type="default" r:id="rId8"/>
      <w:pgSz w:w="11906" w:h="16838" w:code="9"/>
      <w:pgMar w:top="567" w:right="737" w:bottom="567" w:left="737" w:header="113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04A31" w14:textId="77777777" w:rsidR="004406A8" w:rsidRDefault="004406A8" w:rsidP="00802ECD">
      <w:pPr>
        <w:spacing w:after="0" w:line="240" w:lineRule="auto"/>
      </w:pPr>
      <w:r>
        <w:separator/>
      </w:r>
    </w:p>
  </w:endnote>
  <w:endnote w:type="continuationSeparator" w:id="0">
    <w:p w14:paraId="54A105AB" w14:textId="77777777" w:rsidR="004406A8" w:rsidRDefault="004406A8" w:rsidP="00802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9F04C" w14:textId="77777777" w:rsidR="004775F6" w:rsidRPr="00802ECD" w:rsidRDefault="004775F6" w:rsidP="007D0E96">
    <w:pPr>
      <w:spacing w:after="0" w:line="240" w:lineRule="auto"/>
      <w:jc w:val="center"/>
      <w:rPr>
        <w:rFonts w:ascii="ＭＳ Ｐゴシック" w:eastAsia="ＭＳ Ｐゴシック" w:hAnsi="ＭＳ Ｐゴシック"/>
        <w:sz w:val="21"/>
        <w:szCs w:val="21"/>
        <w:lang w:eastAsia="ja-JP"/>
      </w:rPr>
    </w:pPr>
    <w:r w:rsidRPr="00802ECD">
      <w:rPr>
        <w:rFonts w:ascii="ＭＳ Ｐゴシック" w:eastAsia="ＭＳ Ｐゴシック" w:hAnsi="ＭＳ Ｐゴシック" w:hint="eastAsia"/>
        <w:sz w:val="21"/>
        <w:szCs w:val="21"/>
        <w:lang w:eastAsia="ja-JP"/>
      </w:rPr>
      <w:t>天理よろづ相談所病院　　患者総合支援センター　地域医療連携</w:t>
    </w:r>
  </w:p>
  <w:p w14:paraId="2C79C084" w14:textId="33AF5446" w:rsidR="00802ECD" w:rsidRPr="004775F6" w:rsidRDefault="004775F6" w:rsidP="007D0E96">
    <w:pPr>
      <w:spacing w:after="0" w:line="240" w:lineRule="auto"/>
      <w:jc w:val="center"/>
      <w:rPr>
        <w:rFonts w:ascii="ＭＳ Ｐゴシック" w:eastAsia="ＭＳ Ｐゴシック" w:hAnsi="ＭＳ Ｐゴシック"/>
        <w:sz w:val="21"/>
        <w:szCs w:val="21"/>
        <w:lang w:eastAsia="ja-JP"/>
      </w:rPr>
    </w:pPr>
    <w:r w:rsidRPr="00802ECD">
      <w:rPr>
        <w:rFonts w:ascii="ＭＳ Ｐゴシック" w:eastAsia="ＭＳ Ｐゴシック" w:hAnsi="ＭＳ Ｐゴシック" w:hint="eastAsia"/>
        <w:sz w:val="21"/>
        <w:szCs w:val="21"/>
        <w:lang w:eastAsia="ja-JP"/>
      </w:rPr>
      <w:t>電話</w:t>
    </w:r>
    <w:r w:rsidR="001402B5">
      <w:rPr>
        <w:rFonts w:ascii="ＭＳ Ｐゴシック" w:eastAsia="ＭＳ Ｐゴシック" w:hAnsi="ＭＳ Ｐゴシック" w:hint="eastAsia"/>
        <w:sz w:val="21"/>
        <w:szCs w:val="21"/>
        <w:lang w:eastAsia="ja-JP"/>
      </w:rPr>
      <w:t>：</w:t>
    </w:r>
    <w:r w:rsidRPr="00802ECD">
      <w:rPr>
        <w:rFonts w:ascii="ＭＳ Ｐゴシック" w:eastAsia="ＭＳ Ｐゴシック" w:hAnsi="ＭＳ Ｐゴシック"/>
        <w:sz w:val="21"/>
        <w:szCs w:val="21"/>
        <w:lang w:eastAsia="ja-JP"/>
      </w:rPr>
      <w:t>0743-63-5611</w:t>
    </w:r>
    <w:r w:rsidR="009050FB">
      <w:rPr>
        <w:rFonts w:ascii="ＭＳ Ｐゴシック" w:eastAsia="ＭＳ Ｐゴシック" w:hAnsi="ＭＳ Ｐゴシック" w:hint="eastAsia"/>
        <w:sz w:val="21"/>
        <w:szCs w:val="21"/>
        <w:lang w:eastAsia="ja-JP"/>
      </w:rPr>
      <w:t>（代表</w:t>
    </w:r>
    <w:r w:rsidRPr="00802ECD">
      <w:rPr>
        <w:rFonts w:ascii="ＭＳ Ｐゴシック" w:eastAsia="ＭＳ Ｐゴシック" w:hAnsi="ＭＳ Ｐゴシック" w:hint="eastAsia"/>
        <w:sz w:val="21"/>
        <w:szCs w:val="21"/>
        <w:lang w:eastAsia="ja-JP"/>
      </w:rPr>
      <w:t xml:space="preserve">）　</w:t>
    </w:r>
    <w:r w:rsidRPr="00802ECD">
      <w:rPr>
        <w:rFonts w:ascii="ＭＳ Ｐゴシック" w:eastAsia="ＭＳ Ｐゴシック" w:hAnsi="ＭＳ Ｐゴシック"/>
        <w:sz w:val="21"/>
        <w:szCs w:val="21"/>
        <w:lang w:eastAsia="ja-JP"/>
      </w:rPr>
      <w:t>FAX</w:t>
    </w:r>
    <w:r w:rsidR="001402B5">
      <w:rPr>
        <w:rFonts w:ascii="ＭＳ Ｐゴシック" w:eastAsia="ＭＳ Ｐゴシック" w:hAnsi="ＭＳ Ｐゴシック" w:hint="eastAsia"/>
        <w:sz w:val="21"/>
        <w:szCs w:val="21"/>
        <w:lang w:eastAsia="ja-JP"/>
      </w:rPr>
      <w:t>：</w:t>
    </w:r>
    <w:r w:rsidRPr="00802ECD">
      <w:rPr>
        <w:rFonts w:ascii="ＭＳ Ｐゴシック" w:eastAsia="ＭＳ Ｐゴシック" w:hAnsi="ＭＳ Ｐゴシック"/>
        <w:sz w:val="21"/>
        <w:szCs w:val="21"/>
        <w:lang w:eastAsia="ja-JP"/>
      </w:rPr>
      <w:t>0743-63-6158</w:t>
    </w:r>
    <w:r w:rsidRPr="00802ECD">
      <w:rPr>
        <w:rFonts w:ascii="ＭＳ Ｐゴシック" w:eastAsia="ＭＳ Ｐゴシック" w:hAnsi="ＭＳ Ｐゴシック" w:hint="eastAsia"/>
        <w:sz w:val="21"/>
        <w:szCs w:val="21"/>
        <w:lang w:eastAsia="ja-JP"/>
      </w:rPr>
      <w:t>（直通</w:t>
    </w:r>
    <w:r w:rsidR="00B46906">
      <w:rPr>
        <w:rFonts w:ascii="ＭＳ Ｐゴシック" w:eastAsia="ＭＳ Ｐゴシック" w:hAnsi="ＭＳ Ｐゴシック" w:hint="eastAsia"/>
        <w:sz w:val="21"/>
        <w:szCs w:val="21"/>
        <w:lang w:eastAsia="ja-JP"/>
      </w:rPr>
      <w:t>･24時間受信可能</w:t>
    </w:r>
    <w:r w:rsidRPr="00802ECD">
      <w:rPr>
        <w:rFonts w:ascii="ＭＳ Ｐゴシック" w:eastAsia="ＭＳ Ｐゴシック" w:hAnsi="ＭＳ Ｐゴシック" w:hint="eastAsia"/>
        <w:sz w:val="21"/>
        <w:szCs w:val="21"/>
        <w:lang w:eastAsia="ja-JP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5DCEB3" w14:textId="77777777" w:rsidR="004406A8" w:rsidRDefault="004406A8" w:rsidP="00802ECD">
      <w:pPr>
        <w:spacing w:after="0" w:line="240" w:lineRule="auto"/>
      </w:pPr>
      <w:r>
        <w:separator/>
      </w:r>
    </w:p>
  </w:footnote>
  <w:footnote w:type="continuationSeparator" w:id="0">
    <w:p w14:paraId="260A74CF" w14:textId="77777777" w:rsidR="004406A8" w:rsidRDefault="004406A8" w:rsidP="00802E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C864F3"/>
    <w:multiLevelType w:val="hybridMultilevel"/>
    <w:tmpl w:val="0FACB4B8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21D9"/>
    <w:rsid w:val="0006063C"/>
    <w:rsid w:val="000755F6"/>
    <w:rsid w:val="000F6920"/>
    <w:rsid w:val="00106BDA"/>
    <w:rsid w:val="001402B5"/>
    <w:rsid w:val="0015074B"/>
    <w:rsid w:val="00157A91"/>
    <w:rsid w:val="001944FF"/>
    <w:rsid w:val="0019759B"/>
    <w:rsid w:val="001B313C"/>
    <w:rsid w:val="001D3656"/>
    <w:rsid w:val="001E274D"/>
    <w:rsid w:val="001F7336"/>
    <w:rsid w:val="002110ED"/>
    <w:rsid w:val="00217F68"/>
    <w:rsid w:val="00226FEB"/>
    <w:rsid w:val="00251316"/>
    <w:rsid w:val="00295DA3"/>
    <w:rsid w:val="0029639D"/>
    <w:rsid w:val="002B546A"/>
    <w:rsid w:val="00325456"/>
    <w:rsid w:val="00326F90"/>
    <w:rsid w:val="0033324C"/>
    <w:rsid w:val="003540E2"/>
    <w:rsid w:val="00386AF4"/>
    <w:rsid w:val="00422946"/>
    <w:rsid w:val="004406A8"/>
    <w:rsid w:val="004719FD"/>
    <w:rsid w:val="0047736B"/>
    <w:rsid w:val="004775F6"/>
    <w:rsid w:val="00481861"/>
    <w:rsid w:val="00494B4E"/>
    <w:rsid w:val="004A5ABC"/>
    <w:rsid w:val="004E32FE"/>
    <w:rsid w:val="004E5DE0"/>
    <w:rsid w:val="0050190E"/>
    <w:rsid w:val="00554220"/>
    <w:rsid w:val="00587CF6"/>
    <w:rsid w:val="0059098E"/>
    <w:rsid w:val="005C44FA"/>
    <w:rsid w:val="006016F4"/>
    <w:rsid w:val="00636D5F"/>
    <w:rsid w:val="00695503"/>
    <w:rsid w:val="00707152"/>
    <w:rsid w:val="00757934"/>
    <w:rsid w:val="00774E23"/>
    <w:rsid w:val="00793079"/>
    <w:rsid w:val="007D0E96"/>
    <w:rsid w:val="007E6AB8"/>
    <w:rsid w:val="00802ECD"/>
    <w:rsid w:val="0083526F"/>
    <w:rsid w:val="00891E4A"/>
    <w:rsid w:val="008A0A14"/>
    <w:rsid w:val="008B6CC8"/>
    <w:rsid w:val="008C42ED"/>
    <w:rsid w:val="008C4947"/>
    <w:rsid w:val="008F62B1"/>
    <w:rsid w:val="009013B5"/>
    <w:rsid w:val="009050FB"/>
    <w:rsid w:val="00971533"/>
    <w:rsid w:val="009810D3"/>
    <w:rsid w:val="00991BC9"/>
    <w:rsid w:val="009B6160"/>
    <w:rsid w:val="009B754C"/>
    <w:rsid w:val="009C4B6E"/>
    <w:rsid w:val="00A52CB1"/>
    <w:rsid w:val="00AA1D8D"/>
    <w:rsid w:val="00AA4337"/>
    <w:rsid w:val="00AC1E7A"/>
    <w:rsid w:val="00AE2B96"/>
    <w:rsid w:val="00B132B4"/>
    <w:rsid w:val="00B33B54"/>
    <w:rsid w:val="00B36761"/>
    <w:rsid w:val="00B42EEB"/>
    <w:rsid w:val="00B46906"/>
    <w:rsid w:val="00B47730"/>
    <w:rsid w:val="00B638BD"/>
    <w:rsid w:val="00B70F36"/>
    <w:rsid w:val="00B978ED"/>
    <w:rsid w:val="00C10532"/>
    <w:rsid w:val="00C36714"/>
    <w:rsid w:val="00C37B31"/>
    <w:rsid w:val="00C529B3"/>
    <w:rsid w:val="00C54528"/>
    <w:rsid w:val="00C720EF"/>
    <w:rsid w:val="00CB0664"/>
    <w:rsid w:val="00CD03B0"/>
    <w:rsid w:val="00CD52CF"/>
    <w:rsid w:val="00CE627C"/>
    <w:rsid w:val="00D361D8"/>
    <w:rsid w:val="00D641DA"/>
    <w:rsid w:val="00D71B81"/>
    <w:rsid w:val="00E303D3"/>
    <w:rsid w:val="00E3151C"/>
    <w:rsid w:val="00EC2D73"/>
    <w:rsid w:val="00EC38CB"/>
    <w:rsid w:val="00F060F3"/>
    <w:rsid w:val="00F238FA"/>
    <w:rsid w:val="00F522CA"/>
    <w:rsid w:val="00F74B65"/>
    <w:rsid w:val="00F85AB9"/>
    <w:rsid w:val="00F870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7AEF3E"/>
  <w14:defaultImageDpi w14:val="300"/>
  <w15:docId w15:val="{B7A120CD-91EF-45F5-AF8A-0C35A45B8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Noto Sans CJK JP" w:eastAsia="Noto Sans CJK JP" w:hAnsi="Noto Sans CJK JP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Balloon Text"/>
    <w:basedOn w:val="a1"/>
    <w:link w:val="aff0"/>
    <w:uiPriority w:val="99"/>
    <w:semiHidden/>
    <w:unhideWhenUsed/>
    <w:rsid w:val="00B42EEB"/>
    <w:pPr>
      <w:spacing w:after="0" w:line="240" w:lineRule="auto"/>
    </w:pPr>
    <w:rPr>
      <w:rFonts w:asciiTheme="majorHAnsi" w:eastAsiaTheme="majorEastAsia" w:hAnsiTheme="majorHAnsi" w:cstheme="majorBidi"/>
      <w:szCs w:val="18"/>
    </w:rPr>
  </w:style>
  <w:style w:type="character" w:customStyle="1" w:styleId="aff0">
    <w:name w:val="吹き出し (文字)"/>
    <w:basedOn w:val="a2"/>
    <w:link w:val="aff"/>
    <w:uiPriority w:val="99"/>
    <w:semiHidden/>
    <w:rsid w:val="00B42EE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7C14AD-1901-4C4D-8589-113FF75C2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IKOID221</cp:lastModifiedBy>
  <cp:revision>27</cp:revision>
  <cp:lastPrinted>2026-10-20T10:36:00Z</cp:lastPrinted>
  <dcterms:created xsi:type="dcterms:W3CDTF">2026-10-06T05:11:00Z</dcterms:created>
  <dcterms:modified xsi:type="dcterms:W3CDTF">2026-10-26T06:03:00Z</dcterms:modified>
  <cp:category/>
</cp:coreProperties>
</file>