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e"/>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418"/>
        <w:gridCol w:w="504"/>
        <w:gridCol w:w="504"/>
        <w:gridCol w:w="504"/>
        <w:gridCol w:w="504"/>
        <w:gridCol w:w="504"/>
        <w:gridCol w:w="504"/>
        <w:gridCol w:w="504"/>
        <w:gridCol w:w="504"/>
        <w:gridCol w:w="504"/>
      </w:tblGrid>
      <w:tr w:rsidR="00B33B54" w:rsidRPr="00B33B54" w14:paraId="08384813" w14:textId="62CDBD2F" w:rsidTr="009B6160">
        <w:trPr>
          <w:trHeight w:val="557"/>
        </w:trPr>
        <w:tc>
          <w:tcPr>
            <w:tcW w:w="1418" w:type="dxa"/>
            <w:tcBorders>
              <w:top w:val="nil"/>
              <w:left w:val="nil"/>
              <w:bottom w:val="nil"/>
            </w:tcBorders>
            <w:vAlign w:val="center"/>
          </w:tcPr>
          <w:p w14:paraId="4A0680E6" w14:textId="77777777" w:rsidR="00B33B54" w:rsidRPr="00B33B54" w:rsidRDefault="00B33B54" w:rsidP="009B6160">
            <w:pPr>
              <w:rPr>
                <w:rFonts w:ascii="ＭＳ Ｐゴシック" w:eastAsia="ＭＳ Ｐゴシック" w:hAnsi="ＭＳ Ｐゴシック"/>
                <w:bCs/>
                <w:color w:val="A6A6A6" w:themeColor="background1" w:themeShade="A6"/>
                <w:szCs w:val="18"/>
                <w:lang w:eastAsia="ja-JP"/>
              </w:rPr>
            </w:pPr>
            <w:r w:rsidRPr="00B33B54">
              <w:rPr>
                <w:rFonts w:ascii="ＭＳ Ｐゴシック" w:eastAsia="ＭＳ Ｐゴシック" w:hAnsi="ＭＳ Ｐゴシック" w:hint="eastAsia"/>
                <w:bCs/>
                <w:color w:val="A6A6A6" w:themeColor="background1" w:themeShade="A6"/>
                <w:szCs w:val="18"/>
                <w:lang w:eastAsia="ja-JP"/>
              </w:rPr>
              <w:t>患者ID</w:t>
            </w:r>
          </w:p>
          <w:p w14:paraId="285C65B6" w14:textId="0A1DCA37" w:rsidR="00B33B54" w:rsidRPr="00B33B54" w:rsidRDefault="00B33B54" w:rsidP="009B6160">
            <w:pPr>
              <w:rPr>
                <w:rFonts w:ascii="ＭＳ Ｐゴシック" w:eastAsia="ＭＳ Ｐゴシック" w:hAnsi="ＭＳ Ｐゴシック"/>
                <w:bCs/>
                <w:color w:val="A6A6A6" w:themeColor="background1" w:themeShade="A6"/>
                <w:sz w:val="24"/>
                <w:szCs w:val="24"/>
                <w:lang w:eastAsia="ja-JP"/>
              </w:rPr>
            </w:pPr>
            <w:r w:rsidRPr="00B33B54">
              <w:rPr>
                <w:rFonts w:ascii="ＭＳ Ｐゴシック" w:eastAsia="ＭＳ Ｐゴシック" w:hAnsi="ＭＳ Ｐゴシック" w:hint="eastAsia"/>
                <w:bCs/>
                <w:color w:val="A6A6A6" w:themeColor="background1" w:themeShade="A6"/>
                <w:szCs w:val="18"/>
                <w:lang w:eastAsia="ja-JP"/>
              </w:rPr>
              <w:t>※当院記入欄</w:t>
            </w:r>
          </w:p>
        </w:tc>
        <w:tc>
          <w:tcPr>
            <w:tcW w:w="504" w:type="dxa"/>
            <w:vAlign w:val="center"/>
          </w:tcPr>
          <w:p w14:paraId="7BB6CF01" w14:textId="795C34D4"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2F305C0A"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6D47BD14"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742D931C"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tcBorders>
              <w:top w:val="nil"/>
              <w:bottom w:val="nil"/>
            </w:tcBorders>
            <w:vAlign w:val="center"/>
          </w:tcPr>
          <w:p w14:paraId="13719A47" w14:textId="3EED92E1"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r w:rsidRPr="00B33B54">
              <w:rPr>
                <w:rFonts w:ascii="ＭＳ Ｐゴシック" w:eastAsia="ＭＳ Ｐゴシック" w:hAnsi="ＭＳ Ｐゴシック" w:hint="eastAsia"/>
                <w:bCs/>
                <w:color w:val="A6A6A6" w:themeColor="background1" w:themeShade="A6"/>
                <w:sz w:val="24"/>
                <w:szCs w:val="24"/>
                <w:lang w:eastAsia="ja-JP"/>
              </w:rPr>
              <w:t>－</w:t>
            </w:r>
          </w:p>
        </w:tc>
        <w:tc>
          <w:tcPr>
            <w:tcW w:w="504" w:type="dxa"/>
            <w:vAlign w:val="center"/>
          </w:tcPr>
          <w:p w14:paraId="4DEC7568"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3181F15D"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4CC71D8D"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c>
          <w:tcPr>
            <w:tcW w:w="504" w:type="dxa"/>
            <w:vAlign w:val="center"/>
          </w:tcPr>
          <w:p w14:paraId="09DF9A5B" w14:textId="77777777" w:rsidR="00B33B54" w:rsidRPr="00B33B54" w:rsidRDefault="00B33B54" w:rsidP="00B33B54">
            <w:pPr>
              <w:jc w:val="center"/>
              <w:rPr>
                <w:rFonts w:ascii="ＭＳ Ｐゴシック" w:eastAsia="ＭＳ Ｐゴシック" w:hAnsi="ＭＳ Ｐゴシック"/>
                <w:bCs/>
                <w:color w:val="A6A6A6" w:themeColor="background1" w:themeShade="A6"/>
                <w:sz w:val="24"/>
                <w:szCs w:val="24"/>
                <w:lang w:eastAsia="ja-JP"/>
              </w:rPr>
            </w:pPr>
          </w:p>
        </w:tc>
      </w:tr>
    </w:tbl>
    <w:p w14:paraId="412C132D" w14:textId="23A3F71E" w:rsidR="0050190E" w:rsidRPr="003540E2" w:rsidRDefault="00A04FA8" w:rsidP="00325456">
      <w:pPr>
        <w:spacing w:beforeLines="70" w:before="168" w:after="0" w:line="240" w:lineRule="auto"/>
        <w:jc w:val="center"/>
        <w:rPr>
          <w:rFonts w:ascii="ＭＳ Ｐゴシック" w:eastAsia="ＭＳ Ｐゴシック" w:hAnsi="ＭＳ Ｐゴシック"/>
          <w:lang w:eastAsia="ja-JP"/>
        </w:rPr>
      </w:pPr>
      <w:r>
        <w:rPr>
          <w:rFonts w:ascii="ＭＳ Ｐゴシック" w:eastAsia="ＭＳ Ｐゴシック" w:hAnsi="ＭＳ Ｐゴシック" w:hint="eastAsia"/>
          <w:b/>
          <w:sz w:val="34"/>
          <w:lang w:eastAsia="ja-JP"/>
        </w:rPr>
        <w:t>PET/CT</w:t>
      </w:r>
      <w:r w:rsidR="005A4F4F">
        <w:rPr>
          <w:rFonts w:ascii="ＭＳ Ｐゴシック" w:eastAsia="ＭＳ Ｐゴシック" w:hAnsi="ＭＳ Ｐゴシック" w:hint="eastAsia"/>
          <w:b/>
          <w:sz w:val="34"/>
          <w:lang w:eastAsia="ja-JP"/>
        </w:rPr>
        <w:t>検査</w:t>
      </w:r>
      <w:r w:rsidR="0059098E">
        <w:rPr>
          <w:rFonts w:ascii="ＭＳ Ｐゴシック" w:eastAsia="ＭＳ Ｐゴシック" w:hAnsi="ＭＳ Ｐゴシック" w:hint="eastAsia"/>
          <w:b/>
          <w:sz w:val="34"/>
          <w:lang w:eastAsia="ja-JP"/>
        </w:rPr>
        <w:t xml:space="preserve">申込書 兼 </w:t>
      </w:r>
      <w:r w:rsidR="002110ED" w:rsidRPr="00663FCD">
        <w:rPr>
          <w:rFonts w:asciiTheme="majorEastAsia" w:eastAsiaTheme="majorEastAsia" w:hAnsiTheme="majorEastAsia" w:hint="eastAsia"/>
          <w:b/>
          <w:sz w:val="34"/>
          <w:lang w:eastAsia="ja-JP"/>
        </w:rPr>
        <w:t>診療情報提供書</w:t>
      </w:r>
    </w:p>
    <w:p w14:paraId="577985D5" w14:textId="1DC23283" w:rsidR="009B6160" w:rsidRDefault="009B6160" w:rsidP="004E5DE0">
      <w:pPr>
        <w:spacing w:beforeLines="100" w:before="240" w:afterLines="50" w:after="120" w:line="240" w:lineRule="auto"/>
        <w:jc w:val="right"/>
        <w:rPr>
          <w:rFonts w:ascii="ＭＳ ゴシック" w:eastAsia="ＭＳ ゴシック" w:hAnsi="ＭＳ ゴシック"/>
          <w:sz w:val="24"/>
          <w:szCs w:val="24"/>
          <w:lang w:eastAsia="ja-JP"/>
        </w:rPr>
      </w:pPr>
      <w:r>
        <w:rPr>
          <w:rFonts w:ascii="ＭＳ ゴシック" w:eastAsia="ＭＳ ゴシック" w:hAnsi="ＭＳ ゴシック" w:hint="eastAsia"/>
          <w:sz w:val="24"/>
          <w:szCs w:val="24"/>
          <w:lang w:eastAsia="ja-JP"/>
        </w:rPr>
        <w:t>年　　　月　　　日</w:t>
      </w:r>
    </w:p>
    <w:p w14:paraId="3E189924" w14:textId="50B7D3D7" w:rsidR="004E5DE0" w:rsidRDefault="004E5DE0" w:rsidP="004E5DE0">
      <w:pPr>
        <w:spacing w:afterLines="150" w:after="360" w:line="240" w:lineRule="auto"/>
        <w:rPr>
          <w:rFonts w:ascii="ＭＳ ゴシック" w:eastAsia="ＭＳ ゴシック" w:hAnsi="ＭＳ ゴシック"/>
          <w:sz w:val="24"/>
          <w:szCs w:val="24"/>
          <w:lang w:eastAsia="ja-JP"/>
        </w:rPr>
      </w:pPr>
      <w:r w:rsidRPr="001B73AA">
        <w:rPr>
          <w:rFonts w:ascii="ＭＳ ゴシック" w:eastAsia="ＭＳ ゴシック" w:hAnsi="ＭＳ ゴシック" w:hint="eastAsia"/>
          <w:bCs/>
          <w:sz w:val="24"/>
          <w:szCs w:val="24"/>
          <w:u w:val="single"/>
          <w:lang w:eastAsia="ja-JP"/>
        </w:rPr>
        <w:t>天理よろづ相談所病院　放射線科　担当医　先生</w:t>
      </w:r>
    </w:p>
    <w:p w14:paraId="6FC76AE4" w14:textId="0E6A652F" w:rsidR="00295DA3" w:rsidRPr="00A52CB1" w:rsidRDefault="00295DA3" w:rsidP="00AE2B96">
      <w:pPr>
        <w:spacing w:after="0" w:line="240" w:lineRule="auto"/>
        <w:rPr>
          <w:rFonts w:ascii="ＭＳ Ｐゴシック" w:eastAsia="ＭＳ Ｐゴシック" w:hAnsi="ＭＳ Ｐゴシック"/>
          <w:bCs/>
          <w:sz w:val="24"/>
          <w:szCs w:val="24"/>
          <w:lang w:eastAsia="ja-JP"/>
        </w:rPr>
      </w:pPr>
      <w:r>
        <w:rPr>
          <w:rFonts w:ascii="ＭＳ Ｐゴシック" w:eastAsia="ＭＳ Ｐゴシック" w:hAnsi="ＭＳ Ｐゴシック" w:hint="eastAsia"/>
          <w:bCs/>
          <w:sz w:val="24"/>
          <w:szCs w:val="24"/>
          <w:lang w:eastAsia="ja-JP"/>
        </w:rPr>
        <w:t>紹介元医療機関名</w:t>
      </w:r>
    </w:p>
    <w:tbl>
      <w:tblPr>
        <w:tblStyle w:val="afe"/>
        <w:tblW w:w="10490" w:type="dxa"/>
        <w:tblInd w:w="-10" w:type="dxa"/>
        <w:tblBorders>
          <w:top w:val="single" w:sz="8" w:space="0" w:color="auto"/>
          <w:left w:val="single" w:sz="8" w:space="0" w:color="auto"/>
          <w:bottom w:val="single" w:sz="8" w:space="0" w:color="auto"/>
          <w:right w:val="single" w:sz="8" w:space="0" w:color="auto"/>
          <w:insideH w:val="single" w:sz="2" w:space="0" w:color="auto"/>
          <w:insideV w:val="single" w:sz="2" w:space="0" w:color="auto"/>
        </w:tblBorders>
        <w:tblLook w:val="04A0" w:firstRow="1" w:lastRow="0" w:firstColumn="1" w:lastColumn="0" w:noHBand="0" w:noVBand="1"/>
      </w:tblPr>
      <w:tblGrid>
        <w:gridCol w:w="1560"/>
        <w:gridCol w:w="3827"/>
        <w:gridCol w:w="425"/>
        <w:gridCol w:w="1276"/>
        <w:gridCol w:w="3402"/>
      </w:tblGrid>
      <w:tr w:rsidR="00295DA3" w:rsidRPr="00891E4A" w14:paraId="00323D67" w14:textId="77777777" w:rsidTr="002B546A">
        <w:trPr>
          <w:trHeight w:val="601"/>
        </w:trPr>
        <w:tc>
          <w:tcPr>
            <w:tcW w:w="1560" w:type="dxa"/>
            <w:vAlign w:val="center"/>
          </w:tcPr>
          <w:p w14:paraId="6E969B15" w14:textId="020F7612" w:rsidR="00295DA3" w:rsidRDefault="00295DA3" w:rsidP="00AE2B96">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医療機関名</w:t>
            </w:r>
          </w:p>
        </w:tc>
        <w:tc>
          <w:tcPr>
            <w:tcW w:w="4252" w:type="dxa"/>
            <w:gridSpan w:val="2"/>
            <w:vAlign w:val="center"/>
          </w:tcPr>
          <w:p w14:paraId="7D9EB37D" w14:textId="497A6D5E" w:rsidR="00295DA3" w:rsidRPr="00774E23" w:rsidRDefault="00295DA3" w:rsidP="00295DA3">
            <w:pPr>
              <w:rPr>
                <w:rFonts w:asciiTheme="minorEastAsia" w:eastAsiaTheme="minorEastAsia" w:hAnsiTheme="minorEastAsia"/>
                <w:sz w:val="21"/>
                <w:szCs w:val="21"/>
                <w:lang w:eastAsia="ja-JP"/>
              </w:rPr>
            </w:pPr>
          </w:p>
        </w:tc>
        <w:tc>
          <w:tcPr>
            <w:tcW w:w="1276" w:type="dxa"/>
            <w:vAlign w:val="center"/>
          </w:tcPr>
          <w:p w14:paraId="4C58AC82" w14:textId="04C3EF16" w:rsidR="00295DA3" w:rsidRDefault="00AE2B96" w:rsidP="00AE2B96">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医師名</w:t>
            </w:r>
          </w:p>
        </w:tc>
        <w:tc>
          <w:tcPr>
            <w:tcW w:w="3402" w:type="dxa"/>
            <w:vAlign w:val="center"/>
          </w:tcPr>
          <w:p w14:paraId="00DED8DD" w14:textId="331C3925" w:rsidR="00295DA3" w:rsidRPr="004E5DE0" w:rsidRDefault="00295DA3" w:rsidP="00295DA3">
            <w:pPr>
              <w:rPr>
                <w:rFonts w:asciiTheme="minorEastAsia" w:eastAsiaTheme="minorEastAsia" w:hAnsiTheme="minorEastAsia"/>
                <w:sz w:val="21"/>
                <w:szCs w:val="21"/>
                <w:lang w:eastAsia="ja-JP"/>
              </w:rPr>
            </w:pPr>
          </w:p>
        </w:tc>
      </w:tr>
      <w:tr w:rsidR="002B546A" w14:paraId="1FB1D40C" w14:textId="77777777" w:rsidTr="002B546A">
        <w:trPr>
          <w:trHeight w:val="601"/>
        </w:trPr>
        <w:tc>
          <w:tcPr>
            <w:tcW w:w="1560" w:type="dxa"/>
            <w:vAlign w:val="center"/>
          </w:tcPr>
          <w:p w14:paraId="071E5A88" w14:textId="5A245274" w:rsidR="002B546A" w:rsidRDefault="002B546A" w:rsidP="002B546A">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電話番号</w:t>
            </w:r>
          </w:p>
        </w:tc>
        <w:tc>
          <w:tcPr>
            <w:tcW w:w="3827" w:type="dxa"/>
            <w:vAlign w:val="center"/>
          </w:tcPr>
          <w:p w14:paraId="3283B75F" w14:textId="283249FD" w:rsidR="002B546A" w:rsidRPr="00774E23" w:rsidRDefault="002B546A" w:rsidP="002B546A">
            <w:pPr>
              <w:jc w:val="both"/>
              <w:rPr>
                <w:rFonts w:ascii="ＭＳ Ｐ明朝" w:eastAsia="ＭＳ Ｐ明朝" w:hAnsi="ＭＳ Ｐ明朝"/>
                <w:sz w:val="21"/>
                <w:szCs w:val="21"/>
                <w:lang w:eastAsia="ja-JP"/>
              </w:rPr>
            </w:pPr>
          </w:p>
        </w:tc>
        <w:tc>
          <w:tcPr>
            <w:tcW w:w="1701" w:type="dxa"/>
            <w:gridSpan w:val="2"/>
            <w:vAlign w:val="center"/>
          </w:tcPr>
          <w:p w14:paraId="5AA958D8" w14:textId="77777777" w:rsidR="002B546A" w:rsidRDefault="002B546A" w:rsidP="002B546A">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FAX番号</w:t>
            </w:r>
          </w:p>
          <w:p w14:paraId="021E988C" w14:textId="2DC2479D" w:rsidR="002B546A" w:rsidRDefault="002B546A" w:rsidP="002B546A">
            <w:pPr>
              <w:jc w:val="center"/>
              <w:rPr>
                <w:rFonts w:ascii="ＭＳ Ｐゴシック" w:eastAsia="ＭＳ Ｐゴシック" w:hAnsi="ＭＳ Ｐゴシック"/>
                <w:sz w:val="21"/>
                <w:szCs w:val="21"/>
                <w:lang w:eastAsia="ja-JP"/>
              </w:rPr>
            </w:pPr>
            <w:r w:rsidRPr="0047736B">
              <w:rPr>
                <w:rFonts w:ascii="ＭＳ Ｐゴシック" w:eastAsia="ＭＳ Ｐゴシック" w:hAnsi="ＭＳ Ｐゴシック"/>
                <w:sz w:val="21"/>
                <w:szCs w:val="21"/>
                <w:lang w:eastAsia="ja-JP"/>
              </w:rPr>
              <w:t>(</w:t>
            </w:r>
            <w:r w:rsidRPr="0047736B">
              <w:rPr>
                <w:rFonts w:ascii="ＭＳ Ｐゴシック" w:eastAsia="ＭＳ Ｐゴシック" w:hAnsi="ＭＳ Ｐゴシック" w:hint="eastAsia"/>
                <w:sz w:val="21"/>
                <w:szCs w:val="21"/>
                <w:lang w:eastAsia="ja-JP"/>
              </w:rPr>
              <w:t>予約票送付用</w:t>
            </w:r>
            <w:r w:rsidRPr="0047736B">
              <w:rPr>
                <w:rFonts w:ascii="ＭＳ Ｐゴシック" w:eastAsia="ＭＳ Ｐゴシック" w:hAnsi="ＭＳ Ｐゴシック"/>
                <w:sz w:val="21"/>
                <w:szCs w:val="21"/>
                <w:lang w:eastAsia="ja-JP"/>
              </w:rPr>
              <w:t>)</w:t>
            </w:r>
          </w:p>
        </w:tc>
        <w:tc>
          <w:tcPr>
            <w:tcW w:w="3402" w:type="dxa"/>
            <w:vAlign w:val="center"/>
          </w:tcPr>
          <w:p w14:paraId="6ACEEEF3" w14:textId="2C4D43F5" w:rsidR="002B546A" w:rsidRPr="00774E23" w:rsidRDefault="002B546A" w:rsidP="002B546A">
            <w:pPr>
              <w:jc w:val="both"/>
              <w:rPr>
                <w:rFonts w:ascii="ＭＳ Ｐ明朝" w:eastAsia="ＭＳ Ｐ明朝" w:hAnsi="ＭＳ Ｐ明朝"/>
                <w:sz w:val="21"/>
                <w:szCs w:val="21"/>
                <w:lang w:eastAsia="ja-JP"/>
              </w:rPr>
            </w:pPr>
          </w:p>
        </w:tc>
      </w:tr>
      <w:tr w:rsidR="002B546A" w14:paraId="7A12C5D8" w14:textId="77777777" w:rsidTr="002B546A">
        <w:trPr>
          <w:trHeight w:val="995"/>
        </w:trPr>
        <w:tc>
          <w:tcPr>
            <w:tcW w:w="1560" w:type="dxa"/>
            <w:vAlign w:val="center"/>
          </w:tcPr>
          <w:p w14:paraId="39D26A6A" w14:textId="6CD248B4" w:rsidR="002B546A" w:rsidRDefault="002B546A" w:rsidP="002B546A">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検査希望日</w:t>
            </w:r>
          </w:p>
        </w:tc>
        <w:tc>
          <w:tcPr>
            <w:tcW w:w="8930" w:type="dxa"/>
            <w:gridSpan w:val="4"/>
            <w:vAlign w:val="center"/>
          </w:tcPr>
          <w:p w14:paraId="1F67094D" w14:textId="5B3A91F1" w:rsidR="002B546A" w:rsidRDefault="002B546A" w:rsidP="002B546A">
            <w:pPr>
              <w:spacing w:line="300" w:lineRule="exact"/>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第１希望</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年　　　　　　月　　　　　　</w:t>
            </w:r>
            <w:r w:rsidRPr="00E303D3">
              <w:rPr>
                <w:rFonts w:ascii="ＭＳ Ｐゴシック" w:eastAsia="ＭＳ Ｐゴシック" w:hAnsi="ＭＳ Ｐゴシック" w:hint="eastAsia"/>
                <w:sz w:val="21"/>
                <w:szCs w:val="21"/>
                <w:lang w:eastAsia="ja-JP"/>
              </w:rPr>
              <w:t>日</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時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分</w:t>
            </w:r>
          </w:p>
          <w:p w14:paraId="48E2552B" w14:textId="10F72DAD" w:rsidR="002B546A" w:rsidRDefault="002B546A" w:rsidP="002B546A">
            <w:pPr>
              <w:spacing w:line="300" w:lineRule="exact"/>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第２希望</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年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月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日</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時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分</w:t>
            </w:r>
          </w:p>
          <w:p w14:paraId="529D5D57" w14:textId="735B7B59" w:rsidR="002B546A" w:rsidRDefault="002B546A" w:rsidP="002B546A">
            <w:pPr>
              <w:spacing w:line="300" w:lineRule="exact"/>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第３希望</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年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月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日</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 xml:space="preserve">時　　　</w:t>
            </w:r>
            <w:r>
              <w:rPr>
                <w:rFonts w:ascii="ＭＳ Ｐゴシック" w:eastAsia="ＭＳ Ｐゴシック" w:hAnsi="ＭＳ Ｐゴシック" w:hint="eastAsia"/>
                <w:sz w:val="21"/>
                <w:szCs w:val="21"/>
                <w:lang w:eastAsia="ja-JP"/>
              </w:rPr>
              <w:t xml:space="preserve">　 　 　</w:t>
            </w:r>
            <w:r w:rsidRPr="00E303D3">
              <w:rPr>
                <w:rFonts w:ascii="ＭＳ Ｐゴシック" w:eastAsia="ＭＳ Ｐゴシック" w:hAnsi="ＭＳ Ｐゴシック" w:hint="eastAsia"/>
                <w:sz w:val="21"/>
                <w:szCs w:val="21"/>
                <w:lang w:eastAsia="ja-JP"/>
              </w:rPr>
              <w:t>分</w:t>
            </w:r>
          </w:p>
        </w:tc>
      </w:tr>
    </w:tbl>
    <w:p w14:paraId="6121F8A1" w14:textId="677909D4" w:rsidR="00BB512E" w:rsidRPr="00BB512E" w:rsidRDefault="00BB512E" w:rsidP="00BB512E">
      <w:pPr>
        <w:spacing w:beforeLines="10" w:before="24" w:after="0" w:line="240" w:lineRule="auto"/>
        <w:rPr>
          <w:rFonts w:ascii="ＭＳ Ｐゴシック" w:eastAsia="ＭＳ Ｐゴシック" w:hAnsi="ＭＳ Ｐゴシック"/>
          <w:bCs/>
          <w:szCs w:val="18"/>
          <w:lang w:eastAsia="ja-JP"/>
        </w:rPr>
      </w:pPr>
      <w:r w:rsidRPr="00BB512E">
        <w:rPr>
          <w:rFonts w:ascii="ＭＳ Ｐゴシック" w:eastAsia="ＭＳ Ｐゴシック" w:hAnsi="ＭＳ Ｐゴシック" w:hint="eastAsia"/>
          <w:bCs/>
          <w:szCs w:val="18"/>
          <w:lang w:eastAsia="ja-JP"/>
        </w:rPr>
        <w:t>※検査予約可能日時：月</w:t>
      </w:r>
      <w:r>
        <w:rPr>
          <w:rFonts w:ascii="ＭＳ Ｐゴシック" w:eastAsia="ＭＳ Ｐゴシック" w:hAnsi="ＭＳ Ｐゴシック" w:hint="eastAsia"/>
          <w:bCs/>
          <w:szCs w:val="18"/>
          <w:lang w:eastAsia="ja-JP"/>
        </w:rPr>
        <w:t>･</w:t>
      </w:r>
      <w:r w:rsidRPr="00BB512E">
        <w:rPr>
          <w:rFonts w:ascii="ＭＳ Ｐゴシック" w:eastAsia="ＭＳ Ｐゴシック" w:hAnsi="ＭＳ Ｐゴシック" w:hint="eastAsia"/>
          <w:bCs/>
          <w:szCs w:val="18"/>
          <w:lang w:eastAsia="ja-JP"/>
        </w:rPr>
        <w:t>水</w:t>
      </w:r>
      <w:r>
        <w:rPr>
          <w:rFonts w:ascii="ＭＳ Ｐゴシック" w:eastAsia="ＭＳ Ｐゴシック" w:hAnsi="ＭＳ Ｐゴシック" w:hint="eastAsia"/>
          <w:bCs/>
          <w:szCs w:val="18"/>
          <w:lang w:eastAsia="ja-JP"/>
        </w:rPr>
        <w:t>･</w:t>
      </w:r>
      <w:r w:rsidRPr="00BB512E">
        <w:rPr>
          <w:rFonts w:ascii="ＭＳ Ｐゴシック" w:eastAsia="ＭＳ Ｐゴシック" w:hAnsi="ＭＳ Ｐゴシック" w:hint="eastAsia"/>
          <w:bCs/>
          <w:szCs w:val="18"/>
          <w:lang w:eastAsia="ja-JP"/>
        </w:rPr>
        <w:t>金曜日</w:t>
      </w:r>
      <w:r w:rsidRPr="00BB512E">
        <w:rPr>
          <w:rFonts w:ascii="ＭＳ Ｐゴシック" w:eastAsia="ＭＳ Ｐゴシック" w:hAnsi="ＭＳ Ｐゴシック" w:hint="eastAsia"/>
          <w:szCs w:val="18"/>
          <w:lang w:eastAsia="ja-JP"/>
        </w:rPr>
        <w:t>8</w:t>
      </w:r>
      <w:r w:rsidRPr="00BB512E">
        <w:rPr>
          <w:rFonts w:ascii="ＭＳ Ｐゴシック" w:eastAsia="ＭＳ Ｐゴシック" w:hAnsi="ＭＳ Ｐゴシック"/>
          <w:szCs w:val="18"/>
          <w:lang w:eastAsia="ja-JP"/>
        </w:rPr>
        <w:t>:</w:t>
      </w:r>
      <w:r w:rsidRPr="00BB512E">
        <w:rPr>
          <w:rFonts w:ascii="ＭＳ Ｐゴシック" w:eastAsia="ＭＳ Ｐゴシック" w:hAnsi="ＭＳ Ｐゴシック" w:hint="eastAsia"/>
          <w:szCs w:val="18"/>
          <w:lang w:eastAsia="ja-JP"/>
        </w:rPr>
        <w:t>45</w:t>
      </w:r>
      <w:r w:rsidRPr="00BB512E">
        <w:rPr>
          <w:rFonts w:ascii="ＭＳ Ｐゴシック" w:eastAsia="ＭＳ Ｐゴシック" w:hAnsi="ＭＳ Ｐゴシック" w:hint="eastAsia"/>
          <w:bCs/>
          <w:szCs w:val="18"/>
          <w:lang w:eastAsia="ja-JP"/>
        </w:rPr>
        <w:t xml:space="preserve">　（</w:t>
      </w:r>
      <w:r w:rsidRPr="00BB512E">
        <w:rPr>
          <w:rFonts w:ascii="ＭＳ Ｐゴシック" w:eastAsia="ＭＳ Ｐゴシック" w:hAnsi="ＭＳ Ｐゴシック"/>
          <w:bCs/>
          <w:szCs w:val="18"/>
          <w:lang w:eastAsia="ja-JP"/>
        </w:rPr>
        <w:t>祝日・12</w:t>
      </w:r>
      <w:r w:rsidRPr="00BB512E">
        <w:rPr>
          <w:rFonts w:ascii="ＭＳ Ｐゴシック" w:eastAsia="ＭＳ Ｐゴシック" w:hAnsi="ＭＳ Ｐゴシック" w:hint="eastAsia"/>
          <w:bCs/>
          <w:szCs w:val="18"/>
          <w:lang w:eastAsia="ja-JP"/>
        </w:rPr>
        <w:t>/</w:t>
      </w:r>
      <w:r w:rsidRPr="00BB512E">
        <w:rPr>
          <w:rFonts w:ascii="ＭＳ Ｐゴシック" w:eastAsia="ＭＳ Ｐゴシック" w:hAnsi="ＭＳ Ｐゴシック"/>
          <w:bCs/>
          <w:szCs w:val="18"/>
          <w:lang w:eastAsia="ja-JP"/>
        </w:rPr>
        <w:t>29</w:t>
      </w:r>
      <w:r w:rsidRPr="00BB512E">
        <w:rPr>
          <w:rFonts w:ascii="ＭＳ Ｐゴシック" w:eastAsia="ＭＳ Ｐゴシック" w:hAnsi="ＭＳ Ｐゴシック" w:hint="eastAsia"/>
          <w:bCs/>
          <w:szCs w:val="18"/>
          <w:lang w:eastAsia="ja-JP"/>
        </w:rPr>
        <w:t>～</w:t>
      </w:r>
      <w:r w:rsidRPr="00BB512E">
        <w:rPr>
          <w:rFonts w:ascii="ＭＳ Ｐゴシック" w:eastAsia="ＭＳ Ｐゴシック" w:hAnsi="ＭＳ Ｐゴシック"/>
          <w:bCs/>
          <w:szCs w:val="18"/>
          <w:lang w:eastAsia="ja-JP"/>
        </w:rPr>
        <w:t>1</w:t>
      </w:r>
      <w:r w:rsidRPr="00BB512E">
        <w:rPr>
          <w:rFonts w:ascii="ＭＳ Ｐゴシック" w:eastAsia="ＭＳ Ｐゴシック" w:hAnsi="ＭＳ Ｐゴシック" w:hint="eastAsia"/>
          <w:bCs/>
          <w:szCs w:val="18"/>
          <w:lang w:eastAsia="ja-JP"/>
        </w:rPr>
        <w:t>/</w:t>
      </w:r>
      <w:r w:rsidRPr="00BB512E">
        <w:rPr>
          <w:rFonts w:ascii="ＭＳ Ｐゴシック" w:eastAsia="ＭＳ Ｐゴシック" w:hAnsi="ＭＳ Ｐゴシック"/>
          <w:bCs/>
          <w:szCs w:val="18"/>
          <w:lang w:eastAsia="ja-JP"/>
        </w:rPr>
        <w:t>3日を除く</w:t>
      </w:r>
      <w:r w:rsidRPr="00BB512E">
        <w:rPr>
          <w:rFonts w:ascii="ＭＳ Ｐゴシック" w:eastAsia="ＭＳ Ｐゴシック" w:hAnsi="ＭＳ Ｐゴシック" w:hint="eastAsia"/>
          <w:bCs/>
          <w:szCs w:val="18"/>
          <w:lang w:eastAsia="ja-JP"/>
        </w:rPr>
        <w:t>）</w:t>
      </w:r>
    </w:p>
    <w:p w14:paraId="2240BA52" w14:textId="17598A79" w:rsidR="009B6160" w:rsidRDefault="00A52CB1" w:rsidP="00774E23">
      <w:pPr>
        <w:spacing w:beforeLines="50" w:before="120" w:after="0" w:line="240" w:lineRule="auto"/>
        <w:rPr>
          <w:rFonts w:ascii="ＭＳ Ｐゴシック" w:eastAsia="ＭＳ Ｐゴシック" w:hAnsi="ＭＳ Ｐゴシック"/>
          <w:bCs/>
          <w:sz w:val="24"/>
          <w:szCs w:val="24"/>
          <w:lang w:eastAsia="ja-JP"/>
        </w:rPr>
      </w:pPr>
      <w:proofErr w:type="spellStart"/>
      <w:r w:rsidRPr="00A52CB1">
        <w:rPr>
          <w:rFonts w:ascii="ＭＳ Ｐゴシック" w:eastAsia="ＭＳ Ｐゴシック" w:hAnsi="ＭＳ Ｐゴシック"/>
          <w:bCs/>
          <w:sz w:val="24"/>
          <w:szCs w:val="24"/>
        </w:rPr>
        <w:t>患者情報</w:t>
      </w:r>
      <w:proofErr w:type="spellEnd"/>
    </w:p>
    <w:tbl>
      <w:tblPr>
        <w:tblStyle w:val="afe"/>
        <w:tblW w:w="10490" w:type="dxa"/>
        <w:tblInd w:w="-10" w:type="dxa"/>
        <w:tblBorders>
          <w:top w:val="single" w:sz="8" w:space="0" w:color="auto"/>
          <w:left w:val="single" w:sz="8" w:space="0" w:color="auto"/>
          <w:bottom w:val="single" w:sz="8" w:space="0" w:color="auto"/>
          <w:right w:val="single" w:sz="8" w:space="0" w:color="auto"/>
        </w:tblBorders>
        <w:tblLook w:val="04A0" w:firstRow="1" w:lastRow="0" w:firstColumn="1" w:lastColumn="0" w:noHBand="0" w:noVBand="1"/>
      </w:tblPr>
      <w:tblGrid>
        <w:gridCol w:w="1560"/>
        <w:gridCol w:w="3685"/>
        <w:gridCol w:w="1559"/>
        <w:gridCol w:w="792"/>
        <w:gridCol w:w="1447"/>
        <w:gridCol w:w="1447"/>
      </w:tblGrid>
      <w:tr w:rsidR="001E274D" w14:paraId="4A59BA9E" w14:textId="77777777" w:rsidTr="002B546A">
        <w:trPr>
          <w:trHeight w:val="333"/>
        </w:trPr>
        <w:tc>
          <w:tcPr>
            <w:tcW w:w="1560" w:type="dxa"/>
            <w:tcBorders>
              <w:top w:val="single" w:sz="8" w:space="0" w:color="auto"/>
              <w:bottom w:val="dashSmallGap" w:sz="4" w:space="0" w:color="auto"/>
              <w:right w:val="single" w:sz="2" w:space="0" w:color="auto"/>
            </w:tcBorders>
            <w:vAlign w:val="center"/>
          </w:tcPr>
          <w:p w14:paraId="7AEC714C" w14:textId="77777777" w:rsidR="001E274D" w:rsidRDefault="001E274D" w:rsidP="00BA7739">
            <w:pPr>
              <w:jc w:val="center"/>
              <w:rPr>
                <w:rFonts w:ascii="ＭＳ Ｐゴシック" w:eastAsia="ＭＳ Ｐゴシック" w:hAnsi="ＭＳ Ｐゴシック"/>
                <w:sz w:val="21"/>
                <w:szCs w:val="21"/>
                <w:lang w:eastAsia="ja-JP"/>
              </w:rPr>
            </w:pPr>
            <w:r w:rsidRPr="00A52CB1">
              <w:rPr>
                <w:rFonts w:ascii="ＭＳ Ｐゴシック" w:eastAsia="ＭＳ Ｐゴシック" w:hAnsi="ＭＳ Ｐゴシック"/>
                <w:sz w:val="21"/>
                <w:szCs w:val="21"/>
                <w:lang w:eastAsia="ja-JP"/>
              </w:rPr>
              <w:t>ﾌﾘｶﾞﾅ</w:t>
            </w:r>
          </w:p>
        </w:tc>
        <w:tc>
          <w:tcPr>
            <w:tcW w:w="6036" w:type="dxa"/>
            <w:gridSpan w:val="3"/>
            <w:tcBorders>
              <w:top w:val="single" w:sz="8" w:space="0" w:color="auto"/>
              <w:left w:val="single" w:sz="2" w:space="0" w:color="auto"/>
              <w:bottom w:val="dashSmallGap" w:sz="4" w:space="0" w:color="auto"/>
              <w:right w:val="single" w:sz="2" w:space="0" w:color="auto"/>
            </w:tcBorders>
            <w:vAlign w:val="center"/>
          </w:tcPr>
          <w:p w14:paraId="5BC35BC1" w14:textId="77777777" w:rsidR="001E274D" w:rsidRPr="00774E23" w:rsidRDefault="001E274D" w:rsidP="00BA7739">
            <w:pPr>
              <w:jc w:val="both"/>
              <w:rPr>
                <w:rFonts w:asciiTheme="minorEastAsia" w:eastAsiaTheme="minorEastAsia" w:hAnsiTheme="minorEastAsia"/>
                <w:sz w:val="21"/>
                <w:szCs w:val="21"/>
                <w:lang w:eastAsia="ja-JP"/>
              </w:rPr>
            </w:pPr>
          </w:p>
        </w:tc>
        <w:tc>
          <w:tcPr>
            <w:tcW w:w="1447" w:type="dxa"/>
            <w:tcBorders>
              <w:top w:val="single" w:sz="8" w:space="0" w:color="auto"/>
              <w:left w:val="single" w:sz="2" w:space="0" w:color="auto"/>
              <w:right w:val="single" w:sz="2" w:space="0" w:color="auto"/>
            </w:tcBorders>
            <w:vAlign w:val="center"/>
          </w:tcPr>
          <w:p w14:paraId="70A3F1B9" w14:textId="77777777" w:rsidR="001E274D" w:rsidRDefault="001E274D"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性別</w:t>
            </w:r>
          </w:p>
        </w:tc>
        <w:tc>
          <w:tcPr>
            <w:tcW w:w="1447" w:type="dxa"/>
            <w:tcBorders>
              <w:top w:val="single" w:sz="8" w:space="0" w:color="auto"/>
              <w:left w:val="single" w:sz="2" w:space="0" w:color="auto"/>
            </w:tcBorders>
            <w:vAlign w:val="center"/>
          </w:tcPr>
          <w:p w14:paraId="5C7D34A6" w14:textId="77777777" w:rsidR="001E274D" w:rsidRDefault="001E274D" w:rsidP="00BA7739">
            <w:pPr>
              <w:jc w:val="center"/>
              <w:rPr>
                <w:rFonts w:ascii="ＭＳ Ｐゴシック" w:eastAsia="ＭＳ Ｐゴシック" w:hAnsi="ＭＳ Ｐゴシック"/>
                <w:sz w:val="21"/>
                <w:szCs w:val="21"/>
                <w:lang w:eastAsia="ja-JP"/>
              </w:rPr>
            </w:pPr>
            <w:r w:rsidRPr="00A52CB1">
              <w:rPr>
                <w:rFonts w:ascii="ＭＳ Ｐゴシック" w:eastAsia="ＭＳ Ｐゴシック" w:hAnsi="ＭＳ Ｐゴシック"/>
                <w:sz w:val="21"/>
                <w:szCs w:val="21"/>
                <w:lang w:eastAsia="ja-JP"/>
              </w:rPr>
              <w:t>旧姓</w:t>
            </w:r>
          </w:p>
        </w:tc>
      </w:tr>
      <w:tr w:rsidR="001E274D" w:rsidRPr="00891E4A" w14:paraId="4AAE4399" w14:textId="77777777" w:rsidTr="002B546A">
        <w:trPr>
          <w:trHeight w:val="707"/>
        </w:trPr>
        <w:tc>
          <w:tcPr>
            <w:tcW w:w="1560" w:type="dxa"/>
            <w:tcBorders>
              <w:top w:val="dashSmallGap" w:sz="4" w:space="0" w:color="auto"/>
              <w:bottom w:val="single" w:sz="4" w:space="0" w:color="auto"/>
              <w:right w:val="single" w:sz="2" w:space="0" w:color="auto"/>
            </w:tcBorders>
            <w:vAlign w:val="center"/>
          </w:tcPr>
          <w:p w14:paraId="6F5911F8" w14:textId="77777777" w:rsidR="001E274D" w:rsidRDefault="001E274D" w:rsidP="00BA7739">
            <w:pPr>
              <w:jc w:val="center"/>
              <w:rPr>
                <w:rFonts w:ascii="ＭＳ Ｐゴシック" w:eastAsia="ＭＳ Ｐゴシック" w:hAnsi="ＭＳ Ｐゴシック"/>
                <w:sz w:val="21"/>
                <w:szCs w:val="21"/>
                <w:lang w:eastAsia="ja-JP"/>
              </w:rPr>
            </w:pPr>
            <w:r w:rsidRPr="00A52CB1">
              <w:rPr>
                <w:rFonts w:ascii="ＭＳ Ｐゴシック" w:eastAsia="ＭＳ Ｐゴシック" w:hAnsi="ＭＳ Ｐゴシック"/>
                <w:sz w:val="21"/>
                <w:szCs w:val="21"/>
                <w:lang w:eastAsia="ja-JP"/>
              </w:rPr>
              <w:t>患者氏名</w:t>
            </w:r>
          </w:p>
        </w:tc>
        <w:tc>
          <w:tcPr>
            <w:tcW w:w="6036" w:type="dxa"/>
            <w:gridSpan w:val="3"/>
            <w:tcBorders>
              <w:top w:val="dashSmallGap" w:sz="4" w:space="0" w:color="auto"/>
              <w:left w:val="single" w:sz="2" w:space="0" w:color="auto"/>
              <w:bottom w:val="single" w:sz="4" w:space="0" w:color="auto"/>
              <w:right w:val="single" w:sz="2" w:space="0" w:color="auto"/>
            </w:tcBorders>
            <w:vAlign w:val="center"/>
          </w:tcPr>
          <w:p w14:paraId="47133760" w14:textId="77777777" w:rsidR="001E274D" w:rsidRPr="00774E23" w:rsidRDefault="001E274D" w:rsidP="00BA7739">
            <w:pPr>
              <w:jc w:val="both"/>
              <w:rPr>
                <w:rFonts w:asciiTheme="minorEastAsia" w:eastAsiaTheme="minorEastAsia" w:hAnsiTheme="minorEastAsia"/>
                <w:sz w:val="21"/>
                <w:szCs w:val="21"/>
                <w:lang w:eastAsia="ja-JP"/>
              </w:rPr>
            </w:pPr>
          </w:p>
        </w:tc>
        <w:tc>
          <w:tcPr>
            <w:tcW w:w="1447" w:type="dxa"/>
            <w:tcBorders>
              <w:left w:val="single" w:sz="2" w:space="0" w:color="auto"/>
              <w:bottom w:val="single" w:sz="4" w:space="0" w:color="auto"/>
              <w:right w:val="single" w:sz="2" w:space="0" w:color="auto"/>
            </w:tcBorders>
            <w:vAlign w:val="center"/>
          </w:tcPr>
          <w:p w14:paraId="47404773" w14:textId="77777777" w:rsidR="001E274D" w:rsidRDefault="001E274D"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男　 女</w:t>
            </w:r>
          </w:p>
        </w:tc>
        <w:tc>
          <w:tcPr>
            <w:tcW w:w="1447" w:type="dxa"/>
            <w:tcBorders>
              <w:left w:val="single" w:sz="2" w:space="0" w:color="auto"/>
              <w:bottom w:val="single" w:sz="4" w:space="0" w:color="auto"/>
            </w:tcBorders>
            <w:vAlign w:val="center"/>
          </w:tcPr>
          <w:p w14:paraId="0801DDFF" w14:textId="77777777" w:rsidR="001E274D" w:rsidRPr="00774E23" w:rsidRDefault="001E274D" w:rsidP="00774E23">
            <w:pPr>
              <w:jc w:val="center"/>
              <w:rPr>
                <w:rFonts w:asciiTheme="minorEastAsia" w:eastAsiaTheme="minorEastAsia" w:hAnsiTheme="minorEastAsia"/>
                <w:sz w:val="21"/>
                <w:szCs w:val="21"/>
                <w:lang w:eastAsia="ja-JP"/>
              </w:rPr>
            </w:pPr>
          </w:p>
        </w:tc>
      </w:tr>
      <w:tr w:rsidR="001E274D" w14:paraId="35FECFC7" w14:textId="77777777" w:rsidTr="002B546A">
        <w:trPr>
          <w:trHeight w:val="517"/>
        </w:trPr>
        <w:tc>
          <w:tcPr>
            <w:tcW w:w="1560" w:type="dxa"/>
            <w:tcBorders>
              <w:top w:val="single" w:sz="4" w:space="0" w:color="auto"/>
              <w:bottom w:val="single" w:sz="2" w:space="0" w:color="auto"/>
              <w:right w:val="single" w:sz="2" w:space="0" w:color="auto"/>
            </w:tcBorders>
            <w:vAlign w:val="center"/>
          </w:tcPr>
          <w:p w14:paraId="1A6414C2" w14:textId="77777777" w:rsidR="001E274D" w:rsidRPr="00802ECD" w:rsidRDefault="001E274D"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生年月日</w:t>
            </w:r>
          </w:p>
        </w:tc>
        <w:tc>
          <w:tcPr>
            <w:tcW w:w="8930" w:type="dxa"/>
            <w:gridSpan w:val="5"/>
            <w:tcBorders>
              <w:top w:val="single" w:sz="4" w:space="0" w:color="auto"/>
              <w:left w:val="single" w:sz="2" w:space="0" w:color="auto"/>
              <w:bottom w:val="single" w:sz="2" w:space="0" w:color="auto"/>
            </w:tcBorders>
            <w:vAlign w:val="center"/>
          </w:tcPr>
          <w:p w14:paraId="0C7D1798" w14:textId="104524A5" w:rsidR="001E274D" w:rsidRDefault="00636D5F" w:rsidP="00C36714">
            <w:pPr>
              <w:ind w:firstLineChars="50" w:firstLine="105"/>
              <w:jc w:val="center"/>
              <w:rPr>
                <w:rFonts w:ascii="ＭＳ Ｐゴシック" w:eastAsia="ＭＳ Ｐゴシック" w:hAnsi="ＭＳ Ｐゴシック"/>
                <w:sz w:val="21"/>
                <w:szCs w:val="21"/>
                <w:lang w:eastAsia="ja-JP"/>
              </w:rPr>
            </w:pPr>
            <w:r w:rsidRPr="00891E4A">
              <w:rPr>
                <w:rFonts w:ascii="ＭＳ Ｐゴシック" w:eastAsia="ＭＳ Ｐゴシック" w:hAnsi="ＭＳ Ｐゴシック"/>
                <w:sz w:val="21"/>
                <w:szCs w:val="21"/>
                <w:lang w:eastAsia="ja-JP"/>
              </w:rPr>
              <w:t>大</w:t>
            </w:r>
            <w:r>
              <w:rPr>
                <w:rFonts w:ascii="ＭＳ Ｐゴシック" w:eastAsia="ＭＳ Ｐゴシック" w:hAnsi="ＭＳ Ｐゴシック" w:hint="eastAsia"/>
                <w:sz w:val="21"/>
                <w:szCs w:val="21"/>
                <w:lang w:eastAsia="ja-JP"/>
              </w:rPr>
              <w:t xml:space="preserve">　　</w:t>
            </w:r>
            <w:r w:rsidRPr="00891E4A">
              <w:rPr>
                <w:rFonts w:ascii="ＭＳ Ｐゴシック" w:eastAsia="ＭＳ Ｐゴシック" w:hAnsi="ＭＳ Ｐゴシック"/>
                <w:sz w:val="21"/>
                <w:szCs w:val="21"/>
                <w:lang w:eastAsia="ja-JP"/>
              </w:rPr>
              <w:t>昭</w:t>
            </w:r>
            <w:r>
              <w:rPr>
                <w:rFonts w:ascii="ＭＳ Ｐゴシック" w:eastAsia="ＭＳ Ｐゴシック" w:hAnsi="ＭＳ Ｐゴシック" w:hint="eastAsia"/>
                <w:sz w:val="21"/>
                <w:szCs w:val="21"/>
                <w:lang w:eastAsia="ja-JP"/>
              </w:rPr>
              <w:t xml:space="preserve">　　</w:t>
            </w:r>
            <w:r w:rsidRPr="00891E4A">
              <w:rPr>
                <w:rFonts w:ascii="ＭＳ Ｐゴシック" w:eastAsia="ＭＳ Ｐゴシック" w:hAnsi="ＭＳ Ｐゴシック"/>
                <w:sz w:val="21"/>
                <w:szCs w:val="21"/>
                <w:lang w:eastAsia="ja-JP"/>
              </w:rPr>
              <w:t>平</w:t>
            </w:r>
            <w:r>
              <w:rPr>
                <w:rFonts w:ascii="ＭＳ Ｐゴシック" w:eastAsia="ＭＳ Ｐゴシック" w:hAnsi="ＭＳ Ｐゴシック" w:hint="eastAsia"/>
                <w:sz w:val="21"/>
                <w:szCs w:val="21"/>
                <w:lang w:eastAsia="ja-JP"/>
              </w:rPr>
              <w:t xml:space="preserve">　　</w:t>
            </w:r>
            <w:r w:rsidRPr="00891E4A">
              <w:rPr>
                <w:rFonts w:ascii="ＭＳ Ｐゴシック" w:eastAsia="ＭＳ Ｐゴシック" w:hAnsi="ＭＳ Ｐゴシック"/>
                <w:sz w:val="21"/>
                <w:szCs w:val="21"/>
                <w:lang w:eastAsia="ja-JP"/>
              </w:rPr>
              <w:t>令</w:t>
            </w:r>
            <w:r>
              <w:rPr>
                <w:rFonts w:ascii="ＭＳ Ｐゴシック" w:eastAsia="ＭＳ Ｐゴシック" w:hAnsi="ＭＳ Ｐゴシック" w:hint="eastAsia"/>
                <w:sz w:val="21"/>
                <w:szCs w:val="21"/>
                <w:lang w:eastAsia="ja-JP"/>
              </w:rPr>
              <w:t xml:space="preserve">　　西暦　　　　　　　　　　年　　　　　　　　月　　　　　　　　日　　　（　　　　　　　歳）</w:t>
            </w:r>
          </w:p>
        </w:tc>
      </w:tr>
      <w:tr w:rsidR="001E274D" w14:paraId="70F8ECDD" w14:textId="77777777" w:rsidTr="002B546A">
        <w:trPr>
          <w:trHeight w:val="785"/>
        </w:trPr>
        <w:tc>
          <w:tcPr>
            <w:tcW w:w="1560" w:type="dxa"/>
            <w:tcBorders>
              <w:top w:val="single" w:sz="2" w:space="0" w:color="auto"/>
              <w:bottom w:val="single" w:sz="2" w:space="0" w:color="auto"/>
              <w:right w:val="single" w:sz="2" w:space="0" w:color="auto"/>
            </w:tcBorders>
            <w:vAlign w:val="center"/>
          </w:tcPr>
          <w:p w14:paraId="0B75C98E" w14:textId="77777777" w:rsidR="001E274D" w:rsidRDefault="001E274D" w:rsidP="00BA7739">
            <w:pPr>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sz w:val="21"/>
                <w:szCs w:val="21"/>
                <w:lang w:eastAsia="ja-JP"/>
              </w:rPr>
              <w:t>住　所</w:t>
            </w:r>
          </w:p>
        </w:tc>
        <w:tc>
          <w:tcPr>
            <w:tcW w:w="8930" w:type="dxa"/>
            <w:gridSpan w:val="5"/>
            <w:tcBorders>
              <w:top w:val="single" w:sz="2" w:space="0" w:color="auto"/>
              <w:left w:val="single" w:sz="2" w:space="0" w:color="auto"/>
              <w:bottom w:val="single" w:sz="2" w:space="0" w:color="auto"/>
            </w:tcBorders>
            <w:vAlign w:val="center"/>
          </w:tcPr>
          <w:p w14:paraId="40C21245" w14:textId="77777777" w:rsidR="001E274D" w:rsidRPr="00774E23" w:rsidRDefault="001E274D" w:rsidP="00BA7739">
            <w:pPr>
              <w:jc w:val="both"/>
              <w:rPr>
                <w:rFonts w:asciiTheme="minorEastAsia" w:eastAsiaTheme="minorEastAsia" w:hAnsiTheme="minorEastAsia"/>
                <w:sz w:val="21"/>
                <w:szCs w:val="21"/>
                <w:lang w:eastAsia="ja-JP"/>
              </w:rPr>
            </w:pPr>
            <w:r w:rsidRPr="00774E23">
              <w:rPr>
                <w:rFonts w:asciiTheme="minorEastAsia" w:eastAsiaTheme="minorEastAsia" w:hAnsiTheme="minorEastAsia" w:hint="eastAsia"/>
                <w:sz w:val="21"/>
                <w:szCs w:val="21"/>
                <w:lang w:eastAsia="ja-JP"/>
              </w:rPr>
              <w:t>〒　　　　-</w:t>
            </w:r>
          </w:p>
          <w:p w14:paraId="7043B80E" w14:textId="77777777" w:rsidR="001E274D" w:rsidRPr="00774E23" w:rsidRDefault="001E274D" w:rsidP="00BA7739">
            <w:pPr>
              <w:jc w:val="both"/>
              <w:rPr>
                <w:rFonts w:asciiTheme="minorEastAsia" w:eastAsiaTheme="minorEastAsia" w:hAnsiTheme="minorEastAsia"/>
                <w:sz w:val="21"/>
                <w:szCs w:val="21"/>
                <w:lang w:eastAsia="ja-JP"/>
              </w:rPr>
            </w:pPr>
          </w:p>
        </w:tc>
      </w:tr>
      <w:tr w:rsidR="001E274D" w14:paraId="630C933C" w14:textId="77777777" w:rsidTr="002B546A">
        <w:trPr>
          <w:trHeight w:val="479"/>
        </w:trPr>
        <w:tc>
          <w:tcPr>
            <w:tcW w:w="1560" w:type="dxa"/>
            <w:tcBorders>
              <w:top w:val="single" w:sz="2" w:space="0" w:color="auto"/>
              <w:bottom w:val="single" w:sz="2" w:space="0" w:color="auto"/>
              <w:right w:val="single" w:sz="2" w:space="0" w:color="auto"/>
            </w:tcBorders>
            <w:vAlign w:val="center"/>
          </w:tcPr>
          <w:p w14:paraId="18A3DD30" w14:textId="77777777" w:rsidR="001E274D" w:rsidRDefault="001E274D"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自宅番号</w:t>
            </w:r>
          </w:p>
        </w:tc>
        <w:tc>
          <w:tcPr>
            <w:tcW w:w="3685" w:type="dxa"/>
            <w:tcBorders>
              <w:top w:val="single" w:sz="2" w:space="0" w:color="auto"/>
              <w:left w:val="single" w:sz="2" w:space="0" w:color="auto"/>
              <w:bottom w:val="single" w:sz="2" w:space="0" w:color="auto"/>
              <w:right w:val="single" w:sz="2" w:space="0" w:color="auto"/>
            </w:tcBorders>
            <w:vAlign w:val="center"/>
          </w:tcPr>
          <w:p w14:paraId="61693A80" w14:textId="4CD99F24" w:rsidR="001E274D" w:rsidRPr="00774E23" w:rsidRDefault="001E274D" w:rsidP="00BA7739">
            <w:pPr>
              <w:jc w:val="both"/>
              <w:rPr>
                <w:rFonts w:ascii="ＭＳ Ｐ明朝" w:eastAsia="ＭＳ Ｐ明朝" w:hAnsi="ＭＳ Ｐ明朝"/>
                <w:sz w:val="21"/>
                <w:szCs w:val="21"/>
                <w:lang w:eastAsia="ja-JP"/>
              </w:rPr>
            </w:pPr>
          </w:p>
        </w:tc>
        <w:tc>
          <w:tcPr>
            <w:tcW w:w="1559" w:type="dxa"/>
            <w:tcBorders>
              <w:top w:val="single" w:sz="2" w:space="0" w:color="auto"/>
              <w:left w:val="single" w:sz="2" w:space="0" w:color="auto"/>
              <w:bottom w:val="single" w:sz="2" w:space="0" w:color="auto"/>
              <w:right w:val="single" w:sz="2" w:space="0" w:color="auto"/>
            </w:tcBorders>
            <w:vAlign w:val="center"/>
          </w:tcPr>
          <w:p w14:paraId="1CF625F5" w14:textId="77777777" w:rsidR="001E274D" w:rsidRDefault="001E274D" w:rsidP="00CE627C">
            <w:pPr>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sz w:val="21"/>
                <w:szCs w:val="21"/>
                <w:lang w:eastAsia="ja-JP"/>
              </w:rPr>
              <w:t>携帯電話</w:t>
            </w:r>
          </w:p>
        </w:tc>
        <w:tc>
          <w:tcPr>
            <w:tcW w:w="3686" w:type="dxa"/>
            <w:gridSpan w:val="3"/>
            <w:tcBorders>
              <w:top w:val="single" w:sz="2" w:space="0" w:color="auto"/>
              <w:left w:val="single" w:sz="2" w:space="0" w:color="auto"/>
              <w:bottom w:val="single" w:sz="2" w:space="0" w:color="auto"/>
            </w:tcBorders>
            <w:vAlign w:val="center"/>
          </w:tcPr>
          <w:p w14:paraId="2A1AD93C" w14:textId="5D136A15" w:rsidR="001E274D" w:rsidRPr="00774E23" w:rsidRDefault="001E274D" w:rsidP="00BA7739">
            <w:pPr>
              <w:jc w:val="both"/>
              <w:rPr>
                <w:rFonts w:ascii="ＭＳ Ｐ明朝" w:eastAsia="ＭＳ Ｐ明朝" w:hAnsi="ＭＳ Ｐ明朝"/>
                <w:sz w:val="21"/>
                <w:szCs w:val="21"/>
                <w:lang w:eastAsia="ja-JP"/>
              </w:rPr>
            </w:pPr>
          </w:p>
        </w:tc>
      </w:tr>
      <w:tr w:rsidR="002110ED" w14:paraId="4005EA23" w14:textId="77777777" w:rsidTr="00A04FA8">
        <w:trPr>
          <w:trHeight w:val="957"/>
        </w:trPr>
        <w:tc>
          <w:tcPr>
            <w:tcW w:w="1560" w:type="dxa"/>
            <w:tcBorders>
              <w:top w:val="single" w:sz="2" w:space="0" w:color="auto"/>
              <w:right w:val="single" w:sz="2" w:space="0" w:color="auto"/>
            </w:tcBorders>
            <w:vAlign w:val="center"/>
          </w:tcPr>
          <w:p w14:paraId="1B9D31A2" w14:textId="28D994DA" w:rsidR="002110ED" w:rsidRDefault="00A04FA8" w:rsidP="002110ED">
            <w:pPr>
              <w:jc w:val="center"/>
              <w:rPr>
                <w:rFonts w:ascii="ＭＳ Ｐゴシック" w:eastAsia="ＭＳ Ｐゴシック" w:hAnsi="ＭＳ Ｐゴシック"/>
                <w:sz w:val="21"/>
                <w:szCs w:val="21"/>
                <w:lang w:eastAsia="ja-JP"/>
              </w:rPr>
            </w:pPr>
            <w:r w:rsidRPr="00A04FA8">
              <w:rPr>
                <w:rFonts w:ascii="ＭＳ Ｐゴシック" w:eastAsia="ＭＳ Ｐゴシック" w:hAnsi="ＭＳ Ｐゴシック" w:hint="eastAsia"/>
                <w:sz w:val="21"/>
                <w:szCs w:val="21"/>
                <w:lang w:eastAsia="ja-JP"/>
              </w:rPr>
              <w:t>保険病名</w:t>
            </w:r>
          </w:p>
        </w:tc>
        <w:tc>
          <w:tcPr>
            <w:tcW w:w="8930" w:type="dxa"/>
            <w:gridSpan w:val="5"/>
            <w:tcBorders>
              <w:top w:val="single" w:sz="2" w:space="0" w:color="auto"/>
              <w:left w:val="single" w:sz="2" w:space="0" w:color="auto"/>
              <w:bottom w:val="nil"/>
            </w:tcBorders>
            <w:vAlign w:val="center"/>
          </w:tcPr>
          <w:p w14:paraId="5F29B648" w14:textId="360EBA05" w:rsidR="00A04FA8" w:rsidRDefault="00C44533" w:rsidP="00A04FA8">
            <w:pPr>
              <w:jc w:val="both"/>
              <w:rPr>
                <w:rFonts w:ascii="ＭＳ Ｐゴシック" w:eastAsia="ＭＳ Ｐゴシック" w:hAnsi="ＭＳ Ｐゴシック"/>
                <w:sz w:val="21"/>
                <w:szCs w:val="21"/>
                <w:lang w:eastAsia="ja-JP"/>
              </w:rPr>
            </w:pPr>
            <w:sdt>
              <w:sdtPr>
                <w:rPr>
                  <w:rFonts w:ascii="ＭＳ Ｐゴシック" w:eastAsia="ＭＳ Ｐゴシック" w:hAnsi="ＭＳ Ｐゴシック" w:hint="eastAsia"/>
                  <w:sz w:val="21"/>
                  <w:szCs w:val="21"/>
                  <w:lang w:eastAsia="ja-JP"/>
                </w:rPr>
                <w:id w:val="-277413269"/>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肺癌</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854456702"/>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悪性リンパ</w:t>
            </w:r>
            <w:r w:rsidR="00A03B3E">
              <w:rPr>
                <w:rFonts w:ascii="ＭＳ Ｐゴシック" w:eastAsia="ＭＳ Ｐゴシック" w:hAnsi="ＭＳ Ｐゴシック" w:hint="eastAsia"/>
                <w:sz w:val="21"/>
                <w:szCs w:val="21"/>
                <w:lang w:eastAsia="ja-JP"/>
              </w:rPr>
              <w:t>腫</w:t>
            </w:r>
            <w:bookmarkStart w:id="0" w:name="_GoBack"/>
            <w:bookmarkEnd w:id="0"/>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069882922"/>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腫頭頚部癌</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140801085"/>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乳癌</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697927772"/>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食道癌</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828134181"/>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胃癌（早期を除く）</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688398073"/>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大腸癌</w:t>
            </w:r>
          </w:p>
          <w:p w14:paraId="5E42CEE2" w14:textId="77777777" w:rsidR="00A04FA8" w:rsidRDefault="00C44533" w:rsidP="00A04FA8">
            <w:pPr>
              <w:jc w:val="both"/>
              <w:rPr>
                <w:rFonts w:ascii="ＭＳ Ｐゴシック" w:eastAsia="ＭＳ Ｐゴシック" w:hAnsi="ＭＳ Ｐゴシック"/>
                <w:sz w:val="21"/>
                <w:szCs w:val="21"/>
                <w:lang w:eastAsia="ja-JP"/>
              </w:rPr>
            </w:pPr>
            <w:sdt>
              <w:sdtPr>
                <w:rPr>
                  <w:rFonts w:ascii="ＭＳ Ｐゴシック" w:eastAsia="ＭＳ Ｐゴシック" w:hAnsi="ＭＳ Ｐゴシック" w:hint="eastAsia"/>
                  <w:sz w:val="21"/>
                  <w:szCs w:val="21"/>
                  <w:lang w:eastAsia="ja-JP"/>
                </w:rPr>
                <w:id w:val="1991061237"/>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膵癌</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115975571"/>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肝癌</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750720461"/>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子宮頸癌</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181006161"/>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子宮体癌</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711990190"/>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卵巣癌</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212162604"/>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悪性黒色腫</w:t>
            </w:r>
            <w:r w:rsidR="00A04FA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1961948010"/>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大血管炎</w:t>
            </w:r>
          </w:p>
          <w:p w14:paraId="7885CC92" w14:textId="44078F11" w:rsidR="002110ED" w:rsidRPr="00774E23" w:rsidRDefault="00C44533" w:rsidP="00A04FA8">
            <w:pPr>
              <w:jc w:val="both"/>
              <w:rPr>
                <w:rFonts w:asciiTheme="minorEastAsia" w:eastAsiaTheme="minorEastAsia" w:hAnsiTheme="minorEastAsia"/>
                <w:sz w:val="21"/>
                <w:szCs w:val="21"/>
                <w:lang w:eastAsia="ja-JP"/>
              </w:rPr>
            </w:pPr>
            <w:sdt>
              <w:sdtPr>
                <w:rPr>
                  <w:rFonts w:ascii="ＭＳ Ｐゴシック" w:eastAsia="ＭＳ Ｐゴシック" w:hAnsi="ＭＳ Ｐゴシック" w:hint="eastAsia"/>
                  <w:sz w:val="21"/>
                  <w:szCs w:val="21"/>
                  <w:lang w:eastAsia="ja-JP"/>
                </w:rPr>
                <w:id w:val="1089657071"/>
                <w14:checkbox>
                  <w14:checked w14:val="0"/>
                  <w14:checkedState w14:val="0052" w14:font="Wingdings 2"/>
                  <w14:uncheckedState w14:val="2610" w14:font="ＭＳ ゴシック"/>
                </w14:checkbox>
              </w:sdtPr>
              <w:sdtEndPr/>
              <w:sdtContent>
                <w:r w:rsidR="00A04FA8">
                  <w:rPr>
                    <w:rFonts w:ascii="ＭＳ ゴシック" w:eastAsia="ＭＳ ゴシック" w:hAnsi="ＭＳ ゴシック" w:hint="eastAsia"/>
                    <w:sz w:val="21"/>
                    <w:szCs w:val="21"/>
                    <w:lang w:eastAsia="ja-JP"/>
                  </w:rPr>
                  <w:t>☐</w:t>
                </w:r>
              </w:sdtContent>
            </w:sdt>
            <w:r w:rsidR="00A04FA8" w:rsidRPr="00CC5B99">
              <w:rPr>
                <w:rFonts w:ascii="ＭＳ Ｐゴシック" w:eastAsia="ＭＳ Ｐゴシック" w:hAnsi="ＭＳ Ｐゴシック" w:hint="eastAsia"/>
                <w:sz w:val="21"/>
                <w:szCs w:val="21"/>
                <w:lang w:eastAsia="ja-JP"/>
              </w:rPr>
              <w:t xml:space="preserve">その他（保険病名･その他に具体的に記載）　</w:t>
            </w:r>
          </w:p>
        </w:tc>
      </w:tr>
      <w:tr w:rsidR="00A04FA8" w14:paraId="4185B28B" w14:textId="77777777" w:rsidTr="00A04FA8">
        <w:trPr>
          <w:trHeight w:val="555"/>
        </w:trPr>
        <w:tc>
          <w:tcPr>
            <w:tcW w:w="1560" w:type="dxa"/>
            <w:tcBorders>
              <w:top w:val="single" w:sz="2" w:space="0" w:color="auto"/>
              <w:right w:val="single" w:sz="2" w:space="0" w:color="auto"/>
            </w:tcBorders>
            <w:vAlign w:val="center"/>
          </w:tcPr>
          <w:p w14:paraId="6BC82E07" w14:textId="77777777" w:rsidR="00A04FA8" w:rsidRDefault="00A04FA8" w:rsidP="00A04FA8">
            <w:pPr>
              <w:jc w:val="center"/>
              <w:rPr>
                <w:rFonts w:ascii="ＭＳ Ｐゴシック" w:eastAsia="ＭＳ Ｐゴシック" w:hAnsi="ＭＳ Ｐゴシック"/>
                <w:sz w:val="21"/>
                <w:szCs w:val="21"/>
                <w:lang w:eastAsia="ja-JP"/>
              </w:rPr>
            </w:pPr>
            <w:r w:rsidRPr="00CC5B99">
              <w:rPr>
                <w:rFonts w:ascii="ＭＳ Ｐゴシック" w:eastAsia="ＭＳ Ｐゴシック" w:hAnsi="ＭＳ Ｐゴシック"/>
                <w:sz w:val="21"/>
                <w:szCs w:val="21"/>
                <w:lang w:eastAsia="ja-JP"/>
              </w:rPr>
              <w:t>保険病名</w:t>
            </w:r>
          </w:p>
          <w:p w14:paraId="154F8965" w14:textId="799ABF98" w:rsidR="00A04FA8" w:rsidRPr="00A04FA8" w:rsidRDefault="00A04FA8" w:rsidP="00A04FA8">
            <w:pPr>
              <w:jc w:val="center"/>
              <w:rPr>
                <w:rFonts w:ascii="ＭＳ Ｐゴシック" w:eastAsia="ＭＳ Ｐゴシック" w:hAnsi="ＭＳ Ｐゴシック"/>
                <w:sz w:val="21"/>
                <w:szCs w:val="21"/>
                <w:lang w:eastAsia="ja-JP"/>
              </w:rPr>
            </w:pPr>
            <w:r w:rsidRPr="00CC5B99">
              <w:rPr>
                <w:rFonts w:ascii="ＭＳ Ｐゴシック" w:eastAsia="ＭＳ Ｐゴシック" w:hAnsi="ＭＳ Ｐゴシック"/>
                <w:sz w:val="21"/>
                <w:szCs w:val="21"/>
                <w:lang w:eastAsia="ja-JP"/>
              </w:rPr>
              <w:t>その他</w:t>
            </w:r>
          </w:p>
        </w:tc>
        <w:tc>
          <w:tcPr>
            <w:tcW w:w="8930" w:type="dxa"/>
            <w:gridSpan w:val="5"/>
            <w:tcBorders>
              <w:top w:val="single" w:sz="2" w:space="0" w:color="auto"/>
              <w:left w:val="single" w:sz="2" w:space="0" w:color="auto"/>
              <w:bottom w:val="nil"/>
            </w:tcBorders>
            <w:vAlign w:val="center"/>
          </w:tcPr>
          <w:p w14:paraId="2756A1B0" w14:textId="77777777" w:rsidR="00A04FA8" w:rsidRPr="00A04FA8" w:rsidRDefault="00A04FA8" w:rsidP="00A04FA8">
            <w:pPr>
              <w:jc w:val="both"/>
              <w:rPr>
                <w:rFonts w:asciiTheme="minorEastAsia" w:eastAsiaTheme="minorEastAsia" w:hAnsiTheme="minorEastAsia"/>
                <w:sz w:val="21"/>
                <w:szCs w:val="21"/>
                <w:lang w:eastAsia="ja-JP"/>
              </w:rPr>
            </w:pPr>
          </w:p>
        </w:tc>
      </w:tr>
      <w:tr w:rsidR="00971533" w14:paraId="7E0B627F" w14:textId="77777777" w:rsidTr="00DF67E4">
        <w:trPr>
          <w:trHeight w:val="832"/>
        </w:trPr>
        <w:tc>
          <w:tcPr>
            <w:tcW w:w="1560" w:type="dxa"/>
            <w:vMerge w:val="restart"/>
            <w:tcBorders>
              <w:top w:val="single" w:sz="2" w:space="0" w:color="auto"/>
              <w:right w:val="single" w:sz="2" w:space="0" w:color="auto"/>
            </w:tcBorders>
            <w:vAlign w:val="center"/>
          </w:tcPr>
          <w:p w14:paraId="747946BA" w14:textId="3CEA6E5F" w:rsidR="00971533" w:rsidRPr="00802ECD" w:rsidRDefault="00971533" w:rsidP="00BA7739">
            <w:pPr>
              <w:jc w:val="center"/>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検査</w:t>
            </w:r>
            <w:r w:rsidRPr="00802ECD">
              <w:rPr>
                <w:rFonts w:ascii="ＭＳ Ｐゴシック" w:eastAsia="ＭＳ Ｐゴシック" w:hAnsi="ＭＳ Ｐゴシック"/>
                <w:sz w:val="21"/>
                <w:szCs w:val="21"/>
                <w:lang w:eastAsia="ja-JP"/>
              </w:rPr>
              <w:t>目的</w:t>
            </w:r>
          </w:p>
        </w:tc>
        <w:tc>
          <w:tcPr>
            <w:tcW w:w="8930" w:type="dxa"/>
            <w:gridSpan w:val="5"/>
            <w:tcBorders>
              <w:top w:val="single" w:sz="2" w:space="0" w:color="auto"/>
              <w:left w:val="single" w:sz="2" w:space="0" w:color="auto"/>
              <w:bottom w:val="nil"/>
            </w:tcBorders>
          </w:tcPr>
          <w:p w14:paraId="3C96BE32" w14:textId="7CE223A5" w:rsidR="00695503" w:rsidRPr="00774E23" w:rsidRDefault="00695503" w:rsidP="00DF67E4">
            <w:pPr>
              <w:jc w:val="both"/>
              <w:rPr>
                <w:rFonts w:asciiTheme="minorEastAsia" w:eastAsiaTheme="minorEastAsia" w:hAnsiTheme="minorEastAsia"/>
                <w:sz w:val="21"/>
                <w:szCs w:val="21"/>
                <w:lang w:eastAsia="ja-JP"/>
              </w:rPr>
            </w:pPr>
          </w:p>
        </w:tc>
      </w:tr>
      <w:tr w:rsidR="00971533" w14:paraId="10EBAC31" w14:textId="77777777" w:rsidTr="002B546A">
        <w:trPr>
          <w:trHeight w:val="412"/>
        </w:trPr>
        <w:tc>
          <w:tcPr>
            <w:tcW w:w="1560" w:type="dxa"/>
            <w:vMerge/>
            <w:tcBorders>
              <w:bottom w:val="single" w:sz="2" w:space="0" w:color="auto"/>
              <w:right w:val="single" w:sz="2" w:space="0" w:color="auto"/>
            </w:tcBorders>
            <w:vAlign w:val="center"/>
          </w:tcPr>
          <w:p w14:paraId="04DD34C0" w14:textId="77777777" w:rsidR="00971533" w:rsidRDefault="00971533" w:rsidP="00BA7739">
            <w:pPr>
              <w:jc w:val="center"/>
              <w:rPr>
                <w:rFonts w:ascii="ＭＳ Ｐゴシック" w:eastAsia="ＭＳ Ｐゴシック" w:hAnsi="ＭＳ Ｐゴシック"/>
                <w:sz w:val="21"/>
                <w:szCs w:val="21"/>
                <w:lang w:eastAsia="ja-JP"/>
              </w:rPr>
            </w:pPr>
          </w:p>
        </w:tc>
        <w:tc>
          <w:tcPr>
            <w:tcW w:w="8930" w:type="dxa"/>
            <w:gridSpan w:val="5"/>
            <w:tcBorders>
              <w:top w:val="nil"/>
              <w:left w:val="single" w:sz="2" w:space="0" w:color="auto"/>
              <w:bottom w:val="single" w:sz="2" w:space="0" w:color="auto"/>
            </w:tcBorders>
            <w:vAlign w:val="center"/>
          </w:tcPr>
          <w:p w14:paraId="5C47200D" w14:textId="74852A50" w:rsidR="00217F68" w:rsidRDefault="00971533" w:rsidP="00217F68">
            <w:pPr>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※妊娠もしくは妊娠の可能性</w:t>
            </w:r>
            <w:r w:rsidR="00217F68">
              <w:rPr>
                <w:rFonts w:ascii="ＭＳ Ｐゴシック" w:eastAsia="ＭＳ Ｐゴシック" w:hAnsi="ＭＳ Ｐゴシック" w:hint="eastAsia"/>
                <w:sz w:val="21"/>
                <w:szCs w:val="21"/>
                <w:lang w:eastAsia="ja-JP"/>
              </w:rPr>
              <w:t>（「あり」の場合は、検査をお受けいただけません。）</w:t>
            </w:r>
          </w:p>
          <w:p w14:paraId="353D6F82" w14:textId="494CBE5C" w:rsidR="00217F68" w:rsidRDefault="00971533" w:rsidP="00217F68">
            <w:pPr>
              <w:jc w:val="both"/>
              <w:rPr>
                <w:rFonts w:ascii="ＭＳ Ｐゴシック" w:eastAsia="ＭＳ Ｐゴシック" w:hAnsi="ＭＳ Ｐゴシック"/>
                <w:sz w:val="21"/>
                <w:szCs w:val="21"/>
                <w:lang w:eastAsia="ja-JP"/>
              </w:rPr>
            </w:pPr>
            <w:r>
              <w:rPr>
                <w:rFonts w:ascii="ＭＳ Ｐゴシック" w:eastAsia="ＭＳ Ｐゴシック" w:hAnsi="ＭＳ Ｐゴシック" w:hint="eastAsia"/>
                <w:sz w:val="21"/>
                <w:szCs w:val="21"/>
                <w:lang w:eastAsia="ja-JP"/>
              </w:rPr>
              <w:t xml:space="preserve">　</w:t>
            </w:r>
            <w:r w:rsidR="00217F68">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325173235"/>
                <w14:checkbox>
                  <w14:checked w14:val="0"/>
                  <w14:checkedState w14:val="0052" w14:font="Wingdings 2"/>
                  <w14:uncheckedState w14:val="2610" w14:font="ＭＳ ゴシック"/>
                </w14:checkbox>
              </w:sdtPr>
              <w:sdtEndPr/>
              <w:sdtContent>
                <w:r w:rsidR="00217F68">
                  <w:rPr>
                    <w:rFonts w:ascii="ＭＳ ゴシック" w:eastAsia="ＭＳ ゴシック" w:hAnsi="ＭＳ ゴシック" w:hint="eastAsia"/>
                    <w:sz w:val="21"/>
                    <w:szCs w:val="21"/>
                    <w:lang w:eastAsia="ja-JP"/>
                  </w:rPr>
                  <w:t>☐</w:t>
                </w:r>
              </w:sdtContent>
            </w:sdt>
            <w:r>
              <w:rPr>
                <w:rFonts w:ascii="ＭＳ Ｐゴシック" w:eastAsia="ＭＳ Ｐゴシック" w:hAnsi="ＭＳ Ｐゴシック" w:hint="eastAsia"/>
                <w:sz w:val="21"/>
                <w:szCs w:val="21"/>
                <w:lang w:eastAsia="ja-JP"/>
              </w:rPr>
              <w:t xml:space="preserve">あり　　</w:t>
            </w:r>
            <w:sdt>
              <w:sdtPr>
                <w:rPr>
                  <w:rFonts w:ascii="ＭＳ Ｐゴシック" w:eastAsia="ＭＳ Ｐゴシック" w:hAnsi="ＭＳ Ｐゴシック" w:hint="eastAsia"/>
                  <w:sz w:val="21"/>
                  <w:szCs w:val="21"/>
                  <w:lang w:eastAsia="ja-JP"/>
                </w:rPr>
                <w:id w:val="180790943"/>
                <w14:checkbox>
                  <w14:checked w14:val="0"/>
                  <w14:checkedState w14:val="0052" w14:font="Wingdings 2"/>
                  <w14:uncheckedState w14:val="2610" w14:font="ＭＳ ゴシック"/>
                </w14:checkbox>
              </w:sdtPr>
              <w:sdtEndPr/>
              <w:sdtContent>
                <w:r w:rsidR="00554220">
                  <w:rPr>
                    <w:rFonts w:ascii="ＭＳ ゴシック" w:eastAsia="ＭＳ ゴシック" w:hAnsi="ＭＳ ゴシック" w:hint="eastAsia"/>
                    <w:sz w:val="21"/>
                    <w:szCs w:val="21"/>
                    <w:lang w:eastAsia="ja-JP"/>
                  </w:rPr>
                  <w:t>☐</w:t>
                </w:r>
              </w:sdtContent>
            </w:sdt>
            <w:r>
              <w:rPr>
                <w:rFonts w:ascii="ＭＳ Ｐゴシック" w:eastAsia="ＭＳ Ｐゴシック" w:hAnsi="ＭＳ Ｐゴシック" w:hint="eastAsia"/>
                <w:sz w:val="21"/>
                <w:szCs w:val="21"/>
                <w:lang w:eastAsia="ja-JP"/>
              </w:rPr>
              <w:t>なし</w:t>
            </w:r>
            <w:r w:rsidR="00554220">
              <w:rPr>
                <w:rFonts w:ascii="ＭＳ Ｐゴシック" w:eastAsia="ＭＳ Ｐゴシック" w:hAnsi="ＭＳ Ｐゴシック" w:hint="eastAsia"/>
                <w:sz w:val="21"/>
                <w:szCs w:val="21"/>
                <w:lang w:eastAsia="ja-JP"/>
              </w:rPr>
              <w:t xml:space="preserve">　　</w:t>
            </w:r>
            <w:sdt>
              <w:sdtPr>
                <w:rPr>
                  <w:rFonts w:ascii="ＭＳ Ｐゴシック" w:eastAsia="ＭＳ Ｐゴシック" w:hAnsi="ＭＳ Ｐゴシック" w:hint="eastAsia"/>
                  <w:sz w:val="21"/>
                  <w:szCs w:val="21"/>
                  <w:lang w:eastAsia="ja-JP"/>
                </w:rPr>
                <w:id w:val="62616194"/>
                <w14:checkbox>
                  <w14:checked w14:val="0"/>
                  <w14:checkedState w14:val="0052" w14:font="Wingdings 2"/>
                  <w14:uncheckedState w14:val="2610" w14:font="ＭＳ ゴシック"/>
                </w14:checkbox>
              </w:sdtPr>
              <w:sdtEndPr/>
              <w:sdtContent>
                <w:r w:rsidR="00554220">
                  <w:rPr>
                    <w:rFonts w:ascii="ＭＳ ゴシック" w:eastAsia="ＭＳ ゴシック" w:hAnsi="ＭＳ ゴシック" w:hint="eastAsia"/>
                    <w:sz w:val="21"/>
                    <w:szCs w:val="21"/>
                    <w:lang w:eastAsia="ja-JP"/>
                  </w:rPr>
                  <w:t>☐</w:t>
                </w:r>
              </w:sdtContent>
            </w:sdt>
            <w:r w:rsidR="00217F68" w:rsidRPr="00217F68">
              <w:rPr>
                <w:rFonts w:ascii="ＭＳ Ｐゴシック" w:eastAsia="ＭＳ Ｐゴシック" w:hAnsi="ＭＳ Ｐゴシック"/>
                <w:sz w:val="21"/>
                <w:szCs w:val="21"/>
                <w:lang w:eastAsia="ja-JP"/>
              </w:rPr>
              <w:t>妊娠もしくは妊娠の可能性があるがリスクとベネフィットを説明し、承諾済み</w:t>
            </w:r>
          </w:p>
        </w:tc>
      </w:tr>
      <w:tr w:rsidR="002110ED" w14:paraId="7ED5C174" w14:textId="77777777" w:rsidTr="009064CC">
        <w:trPr>
          <w:trHeight w:val="1722"/>
        </w:trPr>
        <w:tc>
          <w:tcPr>
            <w:tcW w:w="1560" w:type="dxa"/>
            <w:tcBorders>
              <w:top w:val="single" w:sz="2" w:space="0" w:color="auto"/>
              <w:bottom w:val="single" w:sz="8" w:space="0" w:color="auto"/>
              <w:right w:val="single" w:sz="2" w:space="0" w:color="auto"/>
            </w:tcBorders>
            <w:vAlign w:val="center"/>
          </w:tcPr>
          <w:p w14:paraId="5F028E0A" w14:textId="25802E94" w:rsidR="002110ED" w:rsidRPr="002110ED" w:rsidRDefault="002110ED" w:rsidP="00AE2B96">
            <w:pPr>
              <w:jc w:val="center"/>
              <w:rPr>
                <w:rFonts w:ascii="ＭＳ Ｐゴシック" w:eastAsia="ＭＳ Ｐゴシック" w:hAnsi="ＭＳ Ｐゴシック"/>
                <w:sz w:val="21"/>
                <w:szCs w:val="21"/>
                <w:lang w:eastAsia="ja-JP"/>
              </w:rPr>
            </w:pPr>
            <w:r w:rsidRPr="002110ED">
              <w:rPr>
                <w:rFonts w:ascii="ＭＳ Ｐゴシック" w:eastAsia="ＭＳ Ｐゴシック" w:hAnsi="ＭＳ Ｐゴシック" w:hint="eastAsia"/>
                <w:sz w:val="21"/>
                <w:szCs w:val="21"/>
                <w:lang w:eastAsia="ja-JP"/>
              </w:rPr>
              <w:t>臨床経過</w:t>
            </w:r>
          </w:p>
        </w:tc>
        <w:tc>
          <w:tcPr>
            <w:tcW w:w="8930" w:type="dxa"/>
            <w:gridSpan w:val="5"/>
            <w:tcBorders>
              <w:top w:val="single" w:sz="2" w:space="0" w:color="auto"/>
              <w:left w:val="single" w:sz="2" w:space="0" w:color="auto"/>
              <w:bottom w:val="single" w:sz="8" w:space="0" w:color="auto"/>
            </w:tcBorders>
          </w:tcPr>
          <w:p w14:paraId="000FF279" w14:textId="77777777" w:rsidR="002110ED" w:rsidRPr="00774E23" w:rsidRDefault="002110ED" w:rsidP="009064CC">
            <w:pPr>
              <w:jc w:val="both"/>
              <w:rPr>
                <w:rFonts w:asciiTheme="minorEastAsia" w:eastAsiaTheme="minorEastAsia" w:hAnsiTheme="minorEastAsia"/>
                <w:sz w:val="21"/>
                <w:szCs w:val="21"/>
                <w:lang w:eastAsia="ja-JP"/>
              </w:rPr>
            </w:pPr>
          </w:p>
        </w:tc>
      </w:tr>
    </w:tbl>
    <w:p w14:paraId="6D7B0B01" w14:textId="77777777" w:rsidR="00A04FA8" w:rsidRPr="00A04FA8" w:rsidRDefault="00A04FA8" w:rsidP="00A04FA8">
      <w:pPr>
        <w:spacing w:beforeLines="30" w:before="72" w:after="0" w:line="240" w:lineRule="auto"/>
        <w:rPr>
          <w:rFonts w:ascii="ＭＳ Ｐゴシック" w:eastAsia="ＭＳ Ｐゴシック" w:hAnsi="ＭＳ Ｐゴシック"/>
          <w:bCs/>
          <w:szCs w:val="18"/>
          <w:lang w:eastAsia="ja-JP"/>
        </w:rPr>
      </w:pPr>
      <w:r w:rsidRPr="00A04FA8">
        <w:rPr>
          <w:rFonts w:ascii="ＭＳ Ｐゴシック" w:eastAsia="ＭＳ Ｐゴシック" w:hAnsi="ＭＳ Ｐゴシック" w:hint="eastAsia"/>
          <w:bCs/>
          <w:szCs w:val="18"/>
          <w:lang w:eastAsia="ja-JP"/>
        </w:rPr>
        <w:t>【注意事項】</w:t>
      </w:r>
    </w:p>
    <w:p w14:paraId="24622066" w14:textId="77777777" w:rsidR="00A04FA8" w:rsidRPr="00A04FA8" w:rsidRDefault="00A04FA8" w:rsidP="00A04FA8">
      <w:pPr>
        <w:spacing w:after="0" w:line="240" w:lineRule="auto"/>
        <w:ind w:left="90" w:hangingChars="50" w:hanging="90"/>
        <w:rPr>
          <w:rFonts w:ascii="ＭＳ Ｐゴシック" w:eastAsia="ＭＳ Ｐゴシック" w:hAnsi="ＭＳ Ｐゴシック"/>
          <w:bCs/>
          <w:szCs w:val="18"/>
          <w:lang w:eastAsia="ja-JP"/>
        </w:rPr>
      </w:pPr>
      <w:r w:rsidRPr="00A04FA8">
        <w:rPr>
          <w:rFonts w:ascii="ＭＳ Ｐゴシック" w:eastAsia="ＭＳ Ｐゴシック" w:hAnsi="ＭＳ Ｐゴシック" w:hint="eastAsia"/>
          <w:bCs/>
          <w:szCs w:val="18"/>
          <w:lang w:eastAsia="ja-JP"/>
        </w:rPr>
        <w:t>・本検査の対象は、悪性腫瘍</w:t>
      </w:r>
      <w:r w:rsidRPr="00A04FA8">
        <w:rPr>
          <w:rFonts w:ascii="ＭＳ Ｐゴシック" w:eastAsia="ＭＳ Ｐゴシック" w:hAnsi="ＭＳ Ｐゴシック"/>
          <w:bCs/>
          <w:szCs w:val="18"/>
          <w:lang w:eastAsia="ja-JP"/>
        </w:rPr>
        <w:t>(</w:t>
      </w:r>
      <w:r w:rsidRPr="00A04FA8">
        <w:rPr>
          <w:rFonts w:ascii="ＭＳ Ｐゴシック" w:eastAsia="ＭＳ Ｐゴシック" w:hAnsi="ＭＳ Ｐゴシック" w:hint="eastAsia"/>
          <w:bCs/>
          <w:szCs w:val="18"/>
          <w:lang w:eastAsia="ja-JP"/>
        </w:rPr>
        <w:t>早期胃癌を除き、悪性リンパ腫を含む</w:t>
      </w:r>
      <w:r w:rsidRPr="00A04FA8">
        <w:rPr>
          <w:rFonts w:ascii="ＭＳ Ｐゴシック" w:eastAsia="ＭＳ Ｐゴシック" w:hAnsi="ＭＳ Ｐゴシック"/>
          <w:bCs/>
          <w:szCs w:val="18"/>
          <w:lang w:eastAsia="ja-JP"/>
        </w:rPr>
        <w:t>)</w:t>
      </w:r>
      <w:r w:rsidRPr="00A04FA8">
        <w:rPr>
          <w:rFonts w:ascii="ＭＳ Ｐゴシック" w:eastAsia="ＭＳ Ｐゴシック" w:hAnsi="ＭＳ Ｐゴシック" w:hint="eastAsia"/>
          <w:bCs/>
          <w:szCs w:val="18"/>
          <w:lang w:eastAsia="ja-JP"/>
        </w:rPr>
        <w:t>とし、他の検査又は画像診断により病期診断又は転移若しくは再発の診断が確定できない患者、および大血管炎の患者となります。</w:t>
      </w:r>
    </w:p>
    <w:p w14:paraId="6381A66B" w14:textId="77777777" w:rsidR="00A04FA8" w:rsidRPr="00A04FA8" w:rsidRDefault="00A04FA8" w:rsidP="00887BF5">
      <w:pPr>
        <w:spacing w:after="0" w:line="240" w:lineRule="auto"/>
        <w:rPr>
          <w:rFonts w:ascii="ＭＳ Ｐゴシック" w:eastAsia="ＭＳ Ｐゴシック" w:hAnsi="ＭＳ Ｐゴシック"/>
          <w:bCs/>
          <w:szCs w:val="18"/>
          <w:lang w:eastAsia="ja-JP"/>
        </w:rPr>
      </w:pPr>
      <w:r w:rsidRPr="00A04FA8">
        <w:rPr>
          <w:rFonts w:ascii="ＭＳ Ｐゴシック" w:eastAsia="ＭＳ Ｐゴシック" w:hAnsi="ＭＳ Ｐゴシック" w:hint="eastAsia"/>
          <w:bCs/>
          <w:szCs w:val="18"/>
          <w:lang w:eastAsia="ja-JP"/>
        </w:rPr>
        <w:t>・予約の変更・キャンセルは、検査日の</w:t>
      </w:r>
      <w:r w:rsidRPr="00A04FA8">
        <w:rPr>
          <w:rFonts w:ascii="ＭＳ Ｐゴシック" w:eastAsia="ＭＳ Ｐゴシック" w:hAnsi="ＭＳ Ｐゴシック"/>
          <w:bCs/>
          <w:szCs w:val="18"/>
          <w:lang w:eastAsia="ja-JP"/>
        </w:rPr>
        <w:t>7</w:t>
      </w:r>
      <w:r w:rsidRPr="00A04FA8">
        <w:rPr>
          <w:rFonts w:ascii="ＭＳ Ｐゴシック" w:eastAsia="ＭＳ Ｐゴシック" w:hAnsi="ＭＳ Ｐゴシック" w:hint="eastAsia"/>
          <w:bCs/>
          <w:szCs w:val="18"/>
          <w:lang w:eastAsia="ja-JP"/>
        </w:rPr>
        <w:t>日前の</w:t>
      </w:r>
      <w:r w:rsidRPr="00A04FA8">
        <w:rPr>
          <w:rFonts w:ascii="ＭＳ Ｐゴシック" w:eastAsia="ＭＳ Ｐゴシック" w:hAnsi="ＭＳ Ｐゴシック"/>
          <w:bCs/>
          <w:szCs w:val="18"/>
          <w:lang w:eastAsia="ja-JP"/>
        </w:rPr>
        <w:t>15:00</w:t>
      </w:r>
      <w:r w:rsidRPr="00A04FA8">
        <w:rPr>
          <w:rFonts w:ascii="ＭＳ Ｐゴシック" w:eastAsia="ＭＳ Ｐゴシック" w:hAnsi="ＭＳ Ｐゴシック" w:hint="eastAsia"/>
          <w:bCs/>
          <w:szCs w:val="18"/>
          <w:lang w:eastAsia="ja-JP"/>
        </w:rPr>
        <w:t>までにお願いします。</w:t>
      </w:r>
    </w:p>
    <w:p w14:paraId="7FDA4E01" w14:textId="77777777" w:rsidR="00A04FA8" w:rsidRPr="00A04FA8" w:rsidRDefault="00A04FA8" w:rsidP="00A04FA8">
      <w:pPr>
        <w:spacing w:beforeLines="10" w:before="24" w:after="0" w:line="240" w:lineRule="auto"/>
        <w:rPr>
          <w:rFonts w:ascii="ＭＳ Ｐゴシック" w:eastAsia="ＭＳ Ｐゴシック" w:hAnsi="ＭＳ Ｐゴシック"/>
          <w:bCs/>
          <w:szCs w:val="18"/>
          <w:lang w:eastAsia="ja-JP"/>
        </w:rPr>
      </w:pPr>
      <w:r w:rsidRPr="00A04FA8">
        <w:rPr>
          <w:rFonts w:ascii="ＭＳ Ｐゴシック" w:eastAsia="ＭＳ Ｐゴシック" w:hAnsi="ＭＳ Ｐゴシック" w:hint="eastAsia"/>
          <w:bCs/>
          <w:szCs w:val="18"/>
          <w:lang w:eastAsia="ja-JP"/>
        </w:rPr>
        <w:t>【お願い】</w:t>
      </w:r>
    </w:p>
    <w:p w14:paraId="74EF7538" w14:textId="0ECF6B31" w:rsidR="00A04FA8" w:rsidRPr="00A04FA8" w:rsidRDefault="00A04FA8" w:rsidP="00A04FA8">
      <w:pPr>
        <w:spacing w:after="0" w:line="240" w:lineRule="auto"/>
        <w:rPr>
          <w:rFonts w:ascii="ＭＳ Ｐゴシック" w:eastAsia="ＭＳ Ｐゴシック" w:hAnsi="ＭＳ Ｐゴシック"/>
          <w:bCs/>
          <w:szCs w:val="18"/>
          <w:lang w:eastAsia="ja-JP"/>
        </w:rPr>
      </w:pPr>
      <w:r w:rsidRPr="00A04FA8">
        <w:rPr>
          <w:rFonts w:ascii="ＭＳ Ｐゴシック" w:eastAsia="ＭＳ Ｐゴシック" w:hAnsi="ＭＳ Ｐゴシック" w:hint="eastAsia"/>
          <w:bCs/>
          <w:szCs w:val="18"/>
          <w:lang w:eastAsia="ja-JP"/>
        </w:rPr>
        <w:t>・本書は、患者総合支援センター地域医療連携まで</w:t>
      </w:r>
      <w:r w:rsidRPr="00A04FA8">
        <w:rPr>
          <w:rFonts w:ascii="ＭＳ Ｐゴシック" w:eastAsia="ＭＳ Ｐゴシック" w:hAnsi="ＭＳ Ｐゴシック"/>
          <w:bCs/>
          <w:szCs w:val="18"/>
          <w:lang w:eastAsia="ja-JP"/>
        </w:rPr>
        <w:t>FAX</w:t>
      </w:r>
      <w:r w:rsidRPr="00A04FA8">
        <w:rPr>
          <w:rFonts w:ascii="ＭＳ Ｐゴシック" w:eastAsia="ＭＳ Ｐゴシック" w:hAnsi="ＭＳ Ｐゴシック" w:hint="eastAsia"/>
          <w:bCs/>
          <w:szCs w:val="18"/>
          <w:lang w:eastAsia="ja-JP"/>
        </w:rPr>
        <w:t>でお送りください。</w:t>
      </w:r>
    </w:p>
    <w:p w14:paraId="642DD4CA" w14:textId="47DE04C9" w:rsidR="002110ED" w:rsidRPr="00B46906" w:rsidRDefault="00A04FA8" w:rsidP="00A04FA8">
      <w:pPr>
        <w:spacing w:after="0" w:line="240" w:lineRule="auto"/>
        <w:rPr>
          <w:rFonts w:ascii="ＭＳ Ｐゴシック" w:eastAsia="ＭＳ Ｐゴシック" w:hAnsi="ＭＳ Ｐゴシック"/>
          <w:bCs/>
          <w:szCs w:val="18"/>
          <w:lang w:eastAsia="ja-JP"/>
        </w:rPr>
      </w:pPr>
      <w:r w:rsidRPr="00A04FA8">
        <w:rPr>
          <w:rFonts w:ascii="ＭＳ Ｐゴシック" w:eastAsia="ＭＳ Ｐゴシック" w:hAnsi="ＭＳ Ｐゴシック" w:hint="eastAsia"/>
          <w:bCs/>
          <w:szCs w:val="18"/>
          <w:lang w:eastAsia="ja-JP"/>
        </w:rPr>
        <w:t>・</w:t>
      </w:r>
      <w:r w:rsidR="00AC3D8C" w:rsidRPr="00AC3D8C">
        <w:rPr>
          <w:rFonts w:ascii="ＭＳ Ｐゴシック" w:eastAsia="ＭＳ Ｐゴシック" w:hAnsi="ＭＳ Ｐゴシック" w:hint="eastAsia"/>
          <w:bCs/>
          <w:szCs w:val="18"/>
          <w:lang w:eastAsia="ja-JP"/>
        </w:rPr>
        <w:t>本書の原本は患者さんにお渡しのうえ、検査当日にご持参いただくようご案内ください。</w:t>
      </w:r>
    </w:p>
    <w:sectPr w:rsidR="002110ED" w:rsidRPr="00B46906" w:rsidSect="00BB512E">
      <w:footerReference w:type="default" r:id="rId8"/>
      <w:pgSz w:w="11906" w:h="16838" w:code="9"/>
      <w:pgMar w:top="567" w:right="737" w:bottom="567" w:left="737" w:header="113"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82627" w14:textId="77777777" w:rsidR="00C44533" w:rsidRDefault="00C44533" w:rsidP="00802ECD">
      <w:pPr>
        <w:spacing w:after="0" w:line="240" w:lineRule="auto"/>
      </w:pPr>
      <w:r>
        <w:separator/>
      </w:r>
    </w:p>
  </w:endnote>
  <w:endnote w:type="continuationSeparator" w:id="0">
    <w:p w14:paraId="358E4032" w14:textId="77777777" w:rsidR="00C44533" w:rsidRDefault="00C44533" w:rsidP="00802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Noto Sans CJK JP">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9F04C" w14:textId="77777777" w:rsidR="004775F6" w:rsidRPr="00802ECD" w:rsidRDefault="004775F6" w:rsidP="007D0E96">
    <w:pPr>
      <w:spacing w:after="0" w:line="240" w:lineRule="auto"/>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hint="eastAsia"/>
        <w:sz w:val="21"/>
        <w:szCs w:val="21"/>
        <w:lang w:eastAsia="ja-JP"/>
      </w:rPr>
      <w:t>天理よろづ相談所病院　　患者総合支援センター　地域医療連携</w:t>
    </w:r>
  </w:p>
  <w:p w14:paraId="2C79C084" w14:textId="75B15B0C" w:rsidR="00802ECD" w:rsidRPr="004775F6" w:rsidRDefault="004775F6" w:rsidP="007D0E96">
    <w:pPr>
      <w:spacing w:after="0" w:line="240" w:lineRule="auto"/>
      <w:jc w:val="center"/>
      <w:rPr>
        <w:rFonts w:ascii="ＭＳ Ｐゴシック" w:eastAsia="ＭＳ Ｐゴシック" w:hAnsi="ＭＳ Ｐゴシック"/>
        <w:sz w:val="21"/>
        <w:szCs w:val="21"/>
        <w:lang w:eastAsia="ja-JP"/>
      </w:rPr>
    </w:pPr>
    <w:r w:rsidRPr="00802ECD">
      <w:rPr>
        <w:rFonts w:ascii="ＭＳ Ｐゴシック" w:eastAsia="ＭＳ Ｐゴシック" w:hAnsi="ＭＳ Ｐゴシック" w:hint="eastAsia"/>
        <w:sz w:val="21"/>
        <w:szCs w:val="21"/>
        <w:lang w:eastAsia="ja-JP"/>
      </w:rPr>
      <w:t>電話</w:t>
    </w:r>
    <w:r w:rsidR="001402B5">
      <w:rPr>
        <w:rFonts w:ascii="ＭＳ Ｐゴシック" w:eastAsia="ＭＳ Ｐゴシック" w:hAnsi="ＭＳ Ｐゴシック" w:hint="eastAsia"/>
        <w:sz w:val="21"/>
        <w:szCs w:val="21"/>
        <w:lang w:eastAsia="ja-JP"/>
      </w:rPr>
      <w:t>：</w:t>
    </w:r>
    <w:r w:rsidRPr="00802ECD">
      <w:rPr>
        <w:rFonts w:ascii="ＭＳ Ｐゴシック" w:eastAsia="ＭＳ Ｐゴシック" w:hAnsi="ＭＳ Ｐゴシック"/>
        <w:sz w:val="21"/>
        <w:szCs w:val="21"/>
        <w:lang w:eastAsia="ja-JP"/>
      </w:rPr>
      <w:t>0743-63-5611</w:t>
    </w:r>
    <w:r w:rsidR="00884F39">
      <w:rPr>
        <w:rFonts w:ascii="ＭＳ Ｐゴシック" w:eastAsia="ＭＳ Ｐゴシック" w:hAnsi="ＭＳ Ｐゴシック" w:hint="eastAsia"/>
        <w:sz w:val="21"/>
        <w:szCs w:val="21"/>
        <w:lang w:eastAsia="ja-JP"/>
      </w:rPr>
      <w:t>（代表</w:t>
    </w:r>
    <w:r w:rsidRPr="00802ECD">
      <w:rPr>
        <w:rFonts w:ascii="ＭＳ Ｐゴシック" w:eastAsia="ＭＳ Ｐゴシック" w:hAnsi="ＭＳ Ｐゴシック" w:hint="eastAsia"/>
        <w:sz w:val="21"/>
        <w:szCs w:val="21"/>
        <w:lang w:eastAsia="ja-JP"/>
      </w:rPr>
      <w:t xml:space="preserve">）　</w:t>
    </w:r>
    <w:r w:rsidRPr="00802ECD">
      <w:rPr>
        <w:rFonts w:ascii="ＭＳ Ｐゴシック" w:eastAsia="ＭＳ Ｐゴシック" w:hAnsi="ＭＳ Ｐゴシック"/>
        <w:sz w:val="21"/>
        <w:szCs w:val="21"/>
        <w:lang w:eastAsia="ja-JP"/>
      </w:rPr>
      <w:t>FAX</w:t>
    </w:r>
    <w:r w:rsidR="001402B5">
      <w:rPr>
        <w:rFonts w:ascii="ＭＳ Ｐゴシック" w:eastAsia="ＭＳ Ｐゴシック" w:hAnsi="ＭＳ Ｐゴシック" w:hint="eastAsia"/>
        <w:sz w:val="21"/>
        <w:szCs w:val="21"/>
        <w:lang w:eastAsia="ja-JP"/>
      </w:rPr>
      <w:t>：</w:t>
    </w:r>
    <w:r w:rsidRPr="00802ECD">
      <w:rPr>
        <w:rFonts w:ascii="ＭＳ Ｐゴシック" w:eastAsia="ＭＳ Ｐゴシック" w:hAnsi="ＭＳ Ｐゴシック"/>
        <w:sz w:val="21"/>
        <w:szCs w:val="21"/>
        <w:lang w:eastAsia="ja-JP"/>
      </w:rPr>
      <w:t>0743-63-6158</w:t>
    </w:r>
    <w:r w:rsidRPr="00802ECD">
      <w:rPr>
        <w:rFonts w:ascii="ＭＳ Ｐゴシック" w:eastAsia="ＭＳ Ｐゴシック" w:hAnsi="ＭＳ Ｐゴシック" w:hint="eastAsia"/>
        <w:sz w:val="21"/>
        <w:szCs w:val="21"/>
        <w:lang w:eastAsia="ja-JP"/>
      </w:rPr>
      <w:t>（直通</w:t>
    </w:r>
    <w:r w:rsidR="00B46906">
      <w:rPr>
        <w:rFonts w:ascii="ＭＳ Ｐゴシック" w:eastAsia="ＭＳ Ｐゴシック" w:hAnsi="ＭＳ Ｐゴシック" w:hint="eastAsia"/>
        <w:sz w:val="21"/>
        <w:szCs w:val="21"/>
        <w:lang w:eastAsia="ja-JP"/>
      </w:rPr>
      <w:t>･24時間受信可能</w:t>
    </w:r>
    <w:r w:rsidRPr="00802ECD">
      <w:rPr>
        <w:rFonts w:ascii="ＭＳ Ｐゴシック" w:eastAsia="ＭＳ Ｐゴシック" w:hAnsi="ＭＳ Ｐゴシック" w:hint="eastAsia"/>
        <w:sz w:val="21"/>
        <w:szCs w:val="21"/>
        <w:lang w:eastAsia="ja-JP"/>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3541D0" w14:textId="77777777" w:rsidR="00C44533" w:rsidRDefault="00C44533" w:rsidP="00802ECD">
      <w:pPr>
        <w:spacing w:after="0" w:line="240" w:lineRule="auto"/>
      </w:pPr>
      <w:r>
        <w:separator/>
      </w:r>
    </w:p>
  </w:footnote>
  <w:footnote w:type="continuationSeparator" w:id="0">
    <w:p w14:paraId="36AA584D" w14:textId="77777777" w:rsidR="00C44533" w:rsidRDefault="00C44533" w:rsidP="00802E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7C864F3"/>
    <w:multiLevelType w:val="hybridMultilevel"/>
    <w:tmpl w:val="0FACB4B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755F6"/>
    <w:rsid w:val="000F6920"/>
    <w:rsid w:val="00106BDA"/>
    <w:rsid w:val="001402B5"/>
    <w:rsid w:val="0015074B"/>
    <w:rsid w:val="001944FF"/>
    <w:rsid w:val="0019759B"/>
    <w:rsid w:val="001B313C"/>
    <w:rsid w:val="001D3656"/>
    <w:rsid w:val="001E274D"/>
    <w:rsid w:val="001F7336"/>
    <w:rsid w:val="002110ED"/>
    <w:rsid w:val="00217F68"/>
    <w:rsid w:val="00226FEB"/>
    <w:rsid w:val="00251316"/>
    <w:rsid w:val="00295DA3"/>
    <w:rsid w:val="0029639D"/>
    <w:rsid w:val="002B546A"/>
    <w:rsid w:val="00325456"/>
    <w:rsid w:val="00326F90"/>
    <w:rsid w:val="0033324C"/>
    <w:rsid w:val="003540E2"/>
    <w:rsid w:val="00386AF4"/>
    <w:rsid w:val="00422946"/>
    <w:rsid w:val="004406A8"/>
    <w:rsid w:val="004719FD"/>
    <w:rsid w:val="0047736B"/>
    <w:rsid w:val="004775F6"/>
    <w:rsid w:val="00481861"/>
    <w:rsid w:val="00494B4E"/>
    <w:rsid w:val="004A5ABC"/>
    <w:rsid w:val="004E32FE"/>
    <w:rsid w:val="004E5DE0"/>
    <w:rsid w:val="0050190E"/>
    <w:rsid w:val="00554220"/>
    <w:rsid w:val="00587CF6"/>
    <w:rsid w:val="0059098E"/>
    <w:rsid w:val="005A4F4F"/>
    <w:rsid w:val="005C44FA"/>
    <w:rsid w:val="006016F4"/>
    <w:rsid w:val="00636D5F"/>
    <w:rsid w:val="00695503"/>
    <w:rsid w:val="00757934"/>
    <w:rsid w:val="00774E23"/>
    <w:rsid w:val="00793079"/>
    <w:rsid w:val="007D0E96"/>
    <w:rsid w:val="007E6AB8"/>
    <w:rsid w:val="00802ECD"/>
    <w:rsid w:val="0083526F"/>
    <w:rsid w:val="00884F39"/>
    <w:rsid w:val="00887BF5"/>
    <w:rsid w:val="00891E4A"/>
    <w:rsid w:val="008A0A14"/>
    <w:rsid w:val="008B6CC8"/>
    <w:rsid w:val="008C42ED"/>
    <w:rsid w:val="008F62B1"/>
    <w:rsid w:val="009013B5"/>
    <w:rsid w:val="009064CC"/>
    <w:rsid w:val="00971533"/>
    <w:rsid w:val="009810D3"/>
    <w:rsid w:val="00991BC9"/>
    <w:rsid w:val="009B6160"/>
    <w:rsid w:val="009B754C"/>
    <w:rsid w:val="009C4B6E"/>
    <w:rsid w:val="00A03B3E"/>
    <w:rsid w:val="00A04FA8"/>
    <w:rsid w:val="00A52CB1"/>
    <w:rsid w:val="00AA1D8D"/>
    <w:rsid w:val="00AA4337"/>
    <w:rsid w:val="00AC1E7A"/>
    <w:rsid w:val="00AC3D8C"/>
    <w:rsid w:val="00AE2B96"/>
    <w:rsid w:val="00B132B4"/>
    <w:rsid w:val="00B33B54"/>
    <w:rsid w:val="00B42EEB"/>
    <w:rsid w:val="00B46906"/>
    <w:rsid w:val="00B47730"/>
    <w:rsid w:val="00B638BD"/>
    <w:rsid w:val="00B70F36"/>
    <w:rsid w:val="00B978ED"/>
    <w:rsid w:val="00BB512E"/>
    <w:rsid w:val="00C10532"/>
    <w:rsid w:val="00C36714"/>
    <w:rsid w:val="00C44533"/>
    <w:rsid w:val="00C529B3"/>
    <w:rsid w:val="00C720EF"/>
    <w:rsid w:val="00CB0664"/>
    <w:rsid w:val="00CD03B0"/>
    <w:rsid w:val="00CE627C"/>
    <w:rsid w:val="00D361D8"/>
    <w:rsid w:val="00D71B81"/>
    <w:rsid w:val="00DF67E4"/>
    <w:rsid w:val="00E303D3"/>
    <w:rsid w:val="00E3151C"/>
    <w:rsid w:val="00EC2D73"/>
    <w:rsid w:val="00EC38CB"/>
    <w:rsid w:val="00F060F3"/>
    <w:rsid w:val="00F238FA"/>
    <w:rsid w:val="00F522CA"/>
    <w:rsid w:val="00F74B65"/>
    <w:rsid w:val="00F85AB9"/>
    <w:rsid w:val="00F870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67AEF3E"/>
  <w14:defaultImageDpi w14:val="300"/>
  <w15:docId w15:val="{B7A120CD-91EF-45F5-AF8A-0C35A45B8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Noto Sans CJK JP" w:eastAsia="Noto Sans CJK JP" w:hAnsi="Noto Sans CJK JP"/>
      <w:sz w:val="1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Balloon Text"/>
    <w:basedOn w:val="a1"/>
    <w:link w:val="aff0"/>
    <w:uiPriority w:val="99"/>
    <w:semiHidden/>
    <w:unhideWhenUsed/>
    <w:rsid w:val="00B42EEB"/>
    <w:pPr>
      <w:spacing w:after="0" w:line="240" w:lineRule="auto"/>
    </w:pPr>
    <w:rPr>
      <w:rFonts w:asciiTheme="majorHAnsi" w:eastAsiaTheme="majorEastAsia" w:hAnsiTheme="majorHAnsi" w:cstheme="majorBidi"/>
      <w:szCs w:val="18"/>
    </w:rPr>
  </w:style>
  <w:style w:type="character" w:customStyle="1" w:styleId="aff0">
    <w:name w:val="吹き出し (文字)"/>
    <w:basedOn w:val="a2"/>
    <w:link w:val="aff"/>
    <w:uiPriority w:val="99"/>
    <w:semiHidden/>
    <w:rsid w:val="00B42E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68180F-7A2F-4AEB-881C-A6D067D6D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Pages>
  <Words>142</Words>
  <Characters>810</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IKOID221</cp:lastModifiedBy>
  <cp:revision>26</cp:revision>
  <cp:lastPrinted>2026-10-20T11:07:00Z</cp:lastPrinted>
  <dcterms:created xsi:type="dcterms:W3CDTF">2026-10-06T05:11:00Z</dcterms:created>
  <dcterms:modified xsi:type="dcterms:W3CDTF">2026-10-29T02:37:00Z</dcterms:modified>
  <cp:category/>
</cp:coreProperties>
</file>