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e"/>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18"/>
        <w:gridCol w:w="504"/>
        <w:gridCol w:w="504"/>
        <w:gridCol w:w="504"/>
        <w:gridCol w:w="504"/>
        <w:gridCol w:w="504"/>
        <w:gridCol w:w="504"/>
        <w:gridCol w:w="504"/>
        <w:gridCol w:w="504"/>
        <w:gridCol w:w="504"/>
      </w:tblGrid>
      <w:tr w:rsidR="00B33B54" w:rsidRPr="00B33B54" w14:paraId="08384813" w14:textId="62CDBD2F" w:rsidTr="009B6160">
        <w:trPr>
          <w:trHeight w:val="557"/>
        </w:trPr>
        <w:tc>
          <w:tcPr>
            <w:tcW w:w="1418" w:type="dxa"/>
            <w:tcBorders>
              <w:top w:val="nil"/>
              <w:left w:val="nil"/>
              <w:bottom w:val="nil"/>
            </w:tcBorders>
            <w:vAlign w:val="center"/>
          </w:tcPr>
          <w:p w14:paraId="4A0680E6" w14:textId="77777777" w:rsidR="00B33B54" w:rsidRPr="00B33B54" w:rsidRDefault="00B33B54" w:rsidP="009B6160">
            <w:pPr>
              <w:rPr>
                <w:rFonts w:ascii="ＭＳ Ｐゴシック" w:eastAsia="ＭＳ Ｐゴシック" w:hAnsi="ＭＳ Ｐゴシック"/>
                <w:bCs/>
                <w:color w:val="A6A6A6" w:themeColor="background1" w:themeShade="A6"/>
                <w:szCs w:val="18"/>
                <w:lang w:eastAsia="ja-JP"/>
              </w:rPr>
            </w:pPr>
            <w:r w:rsidRPr="00B33B54">
              <w:rPr>
                <w:rFonts w:ascii="ＭＳ Ｐゴシック" w:eastAsia="ＭＳ Ｐゴシック" w:hAnsi="ＭＳ Ｐゴシック" w:hint="eastAsia"/>
                <w:bCs/>
                <w:color w:val="A6A6A6" w:themeColor="background1" w:themeShade="A6"/>
                <w:szCs w:val="18"/>
                <w:lang w:eastAsia="ja-JP"/>
              </w:rPr>
              <w:t>患者ID</w:t>
            </w:r>
          </w:p>
          <w:p w14:paraId="285C65B6" w14:textId="0A1DCA37" w:rsidR="00B33B54" w:rsidRPr="00B33B54" w:rsidRDefault="00B33B54" w:rsidP="009B6160">
            <w:pP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Cs w:val="18"/>
                <w:lang w:eastAsia="ja-JP"/>
              </w:rPr>
              <w:t>※当院記入欄</w:t>
            </w:r>
          </w:p>
        </w:tc>
        <w:tc>
          <w:tcPr>
            <w:tcW w:w="504" w:type="dxa"/>
            <w:vAlign w:val="center"/>
          </w:tcPr>
          <w:p w14:paraId="7BB6CF01" w14:textId="795C34D4"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2F305C0A"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6D47BD14"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742D931C"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tcBorders>
              <w:top w:val="nil"/>
              <w:bottom w:val="nil"/>
            </w:tcBorders>
            <w:vAlign w:val="center"/>
          </w:tcPr>
          <w:p w14:paraId="13719A47" w14:textId="3EED92E1"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 w:val="24"/>
                <w:szCs w:val="24"/>
                <w:lang w:eastAsia="ja-JP"/>
              </w:rPr>
              <w:t>－</w:t>
            </w:r>
          </w:p>
        </w:tc>
        <w:tc>
          <w:tcPr>
            <w:tcW w:w="504" w:type="dxa"/>
            <w:vAlign w:val="center"/>
          </w:tcPr>
          <w:p w14:paraId="4DEC7568"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3181F15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4CC71D8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09DF9A5B"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r>
    </w:tbl>
    <w:p w14:paraId="412C132D" w14:textId="2BAB6F9E" w:rsidR="0050190E" w:rsidRPr="003540E2" w:rsidRDefault="006B009C" w:rsidP="00325456">
      <w:pPr>
        <w:spacing w:beforeLines="70" w:before="168" w:after="0" w:line="240" w:lineRule="auto"/>
        <w:jc w:val="center"/>
        <w:rPr>
          <w:rFonts w:ascii="ＭＳ Ｐゴシック" w:eastAsia="ＭＳ Ｐゴシック" w:hAnsi="ＭＳ Ｐゴシック"/>
          <w:lang w:eastAsia="ja-JP"/>
        </w:rPr>
      </w:pPr>
      <w:r w:rsidRPr="003540E2">
        <w:rPr>
          <w:rFonts w:ascii="ＭＳ Ｐゴシック" w:eastAsia="ＭＳ Ｐゴシック" w:hAnsi="ＭＳ Ｐゴシック"/>
          <w:b/>
          <w:sz w:val="34"/>
          <w:lang w:eastAsia="ja-JP"/>
        </w:rPr>
        <w:t>天理よろづ相談所病院</w:t>
      </w:r>
      <w:r w:rsidR="003540E2">
        <w:rPr>
          <w:rFonts w:ascii="ＭＳ Ｐゴシック" w:eastAsia="ＭＳ Ｐゴシック" w:hAnsi="ＭＳ Ｐゴシック" w:hint="eastAsia"/>
          <w:b/>
          <w:sz w:val="34"/>
          <w:lang w:eastAsia="ja-JP"/>
        </w:rPr>
        <w:t xml:space="preserve">　</w:t>
      </w:r>
      <w:r w:rsidR="003540E2" w:rsidRPr="003540E2">
        <w:rPr>
          <w:rFonts w:ascii="ＭＳ Ｐゴシック" w:eastAsia="ＭＳ Ｐゴシック" w:hAnsi="ＭＳ Ｐゴシック" w:cs="ＭＳ 明朝" w:hint="eastAsia"/>
          <w:b/>
          <w:sz w:val="34"/>
          <w:lang w:eastAsia="ja-JP"/>
        </w:rPr>
        <w:t>初診</w:t>
      </w:r>
      <w:r w:rsidR="00430E44" w:rsidRPr="003540E2">
        <w:rPr>
          <w:rFonts w:ascii="ＭＳ Ｐゴシック" w:eastAsia="ＭＳ Ｐゴシック" w:hAnsi="ＭＳ Ｐゴシック" w:cs="ＭＳ 明朝" w:hint="eastAsia"/>
          <w:b/>
          <w:sz w:val="34"/>
          <w:lang w:eastAsia="ja-JP"/>
        </w:rPr>
        <w:t>紹介</w:t>
      </w:r>
      <w:r w:rsidR="003540E2" w:rsidRPr="003540E2">
        <w:rPr>
          <w:rFonts w:ascii="ＭＳ Ｐゴシック" w:eastAsia="ＭＳ Ｐゴシック" w:hAnsi="ＭＳ Ｐゴシック" w:cs="ＭＳ 明朝" w:hint="eastAsia"/>
          <w:b/>
          <w:sz w:val="34"/>
          <w:lang w:eastAsia="ja-JP"/>
        </w:rPr>
        <w:t>患者予約申込書</w:t>
      </w:r>
    </w:p>
    <w:p w14:paraId="52E87299" w14:textId="3032850E" w:rsidR="0050190E" w:rsidRDefault="006B009C" w:rsidP="00325456">
      <w:pPr>
        <w:spacing w:afterLines="50" w:after="120" w:line="240" w:lineRule="auto"/>
        <w:jc w:val="center"/>
        <w:rPr>
          <w:rFonts w:ascii="ＭＳ Ｐゴシック" w:eastAsia="ＭＳ Ｐゴシック" w:hAnsi="ＭＳ Ｐゴシック"/>
          <w:color w:val="FF0000"/>
          <w:sz w:val="24"/>
          <w:szCs w:val="24"/>
          <w:lang w:eastAsia="ja-JP"/>
        </w:rPr>
      </w:pPr>
      <w:r w:rsidRPr="003540E2">
        <w:rPr>
          <w:rFonts w:ascii="ＭＳ Ｐゴシック" w:eastAsia="ＭＳ Ｐゴシック" w:hAnsi="ＭＳ Ｐゴシック"/>
          <w:sz w:val="24"/>
          <w:lang w:eastAsia="ja-JP"/>
        </w:rPr>
        <w:t>（予約</w:t>
      </w:r>
      <w:r w:rsidR="007D0E96">
        <w:rPr>
          <w:rFonts w:ascii="ＭＳ Ｐゴシック" w:eastAsia="ＭＳ Ｐゴシック" w:hAnsi="ＭＳ Ｐゴシック" w:hint="eastAsia"/>
          <w:sz w:val="24"/>
          <w:lang w:eastAsia="ja-JP"/>
        </w:rPr>
        <w:t>専用</w:t>
      </w:r>
      <w:r w:rsidRPr="003540E2">
        <w:rPr>
          <w:rFonts w:ascii="ＭＳ Ｐゴシック" w:eastAsia="ＭＳ Ｐゴシック" w:hAnsi="ＭＳ Ｐゴシック"/>
          <w:sz w:val="24"/>
          <w:lang w:eastAsia="ja-JP"/>
        </w:rPr>
        <w:t xml:space="preserve">FAX番号　</w:t>
      </w:r>
      <w:r w:rsidRPr="003540E2">
        <w:rPr>
          <w:rFonts w:ascii="ＭＳ Ｐゴシック" w:eastAsia="ＭＳ Ｐゴシック" w:hAnsi="ＭＳ Ｐゴシック"/>
          <w:b/>
          <w:sz w:val="24"/>
          <w:lang w:eastAsia="ja-JP"/>
        </w:rPr>
        <w:t>0743-63-6158</w:t>
      </w:r>
      <w:r w:rsidRPr="003540E2">
        <w:rPr>
          <w:rFonts w:ascii="ＭＳ Ｐゴシック" w:eastAsia="ＭＳ Ｐゴシック" w:hAnsi="ＭＳ Ｐゴシック"/>
          <w:sz w:val="24"/>
          <w:lang w:eastAsia="ja-JP"/>
        </w:rPr>
        <w:t xml:space="preserve">）　</w:t>
      </w:r>
      <w:r w:rsidRPr="00D05F92">
        <w:rPr>
          <w:rFonts w:ascii="ＭＳ Ｐゴシック" w:eastAsia="ＭＳ Ｐゴシック" w:hAnsi="ＭＳ Ｐゴシック"/>
          <w:sz w:val="24"/>
          <w:szCs w:val="24"/>
          <w:lang w:eastAsia="ja-JP"/>
        </w:rPr>
        <w:t>※診療情報提供書と一緒にFAXしてください</w:t>
      </w:r>
      <w:r w:rsidR="00B33B54" w:rsidRPr="00D05F92">
        <w:rPr>
          <w:rFonts w:ascii="ＭＳ Ｐゴシック" w:eastAsia="ＭＳ Ｐゴシック" w:hAnsi="ＭＳ Ｐゴシック" w:hint="eastAsia"/>
          <w:sz w:val="24"/>
          <w:szCs w:val="24"/>
          <w:lang w:eastAsia="ja-JP"/>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62"/>
      </w:tblGrid>
      <w:tr w:rsidR="00C55939" w:rsidRPr="009B6160" w14:paraId="7AE5708D" w14:textId="77777777" w:rsidTr="00C55939">
        <w:trPr>
          <w:cantSplit/>
          <w:trHeight w:val="81"/>
          <w:jc w:val="center"/>
        </w:trPr>
        <w:tc>
          <w:tcPr>
            <w:tcW w:w="8862" w:type="dxa"/>
            <w:tcMar>
              <w:top w:w="50" w:type="dxa"/>
              <w:left w:w="70" w:type="dxa"/>
              <w:bottom w:w="50" w:type="dxa"/>
              <w:right w:w="70" w:type="dxa"/>
            </w:tcMar>
            <w:vAlign w:val="center"/>
          </w:tcPr>
          <w:p w14:paraId="530827A3" w14:textId="77777777" w:rsidR="00C55939" w:rsidRPr="009B6160" w:rsidRDefault="00C55939" w:rsidP="00BA7739">
            <w:pPr>
              <w:spacing w:after="0" w:line="240" w:lineRule="auto"/>
              <w:jc w:val="center"/>
              <w:rPr>
                <w:rFonts w:ascii="ＭＳ Ｐゴシック" w:eastAsia="ＭＳ Ｐゴシック" w:hAnsi="ＭＳ Ｐゴシック"/>
                <w:sz w:val="21"/>
                <w:szCs w:val="21"/>
                <w:lang w:eastAsia="ja-JP"/>
              </w:rPr>
            </w:pPr>
            <w:r w:rsidRPr="009B6160">
              <w:rPr>
                <w:rFonts w:ascii="ＭＳ Ｐゴシック" w:eastAsia="ＭＳ Ｐゴシック" w:hAnsi="ＭＳ Ｐゴシック"/>
                <w:sz w:val="21"/>
                <w:szCs w:val="21"/>
                <w:lang w:eastAsia="ja-JP"/>
              </w:rPr>
              <w:t>受付時間</w:t>
            </w:r>
            <w:r w:rsidRPr="009B6160">
              <w:rPr>
                <w:rFonts w:ascii="ＭＳ Ｐゴシック" w:eastAsia="ＭＳ Ｐゴシック" w:hAnsi="ＭＳ Ｐゴシック" w:cs="ＭＳ 明朝" w:hint="eastAsia"/>
                <w:sz w:val="21"/>
                <w:szCs w:val="21"/>
                <w:lang w:eastAsia="ja-JP"/>
              </w:rPr>
              <w:t>：</w:t>
            </w:r>
            <w:r>
              <w:rPr>
                <w:rFonts w:ascii="ＭＳ Ｐゴシック" w:eastAsia="ＭＳ Ｐゴシック" w:hAnsi="ＭＳ Ｐゴシック" w:hint="eastAsia"/>
                <w:sz w:val="21"/>
                <w:szCs w:val="21"/>
                <w:lang w:eastAsia="ja-JP"/>
              </w:rPr>
              <w:t>月～金</w:t>
            </w:r>
            <w:r w:rsidRPr="009B6160">
              <w:rPr>
                <w:rFonts w:ascii="ＭＳ Ｐゴシック" w:eastAsia="ＭＳ Ｐゴシック" w:hAnsi="ＭＳ Ｐゴシック"/>
                <w:sz w:val="21"/>
                <w:szCs w:val="21"/>
                <w:lang w:eastAsia="ja-JP"/>
              </w:rPr>
              <w:t>9：00～16：30（祝日</w:t>
            </w:r>
            <w:r w:rsidRPr="009B6160">
              <w:rPr>
                <w:rFonts w:ascii="ＭＳ Ｐゴシック" w:eastAsia="ＭＳ Ｐゴシック" w:hAnsi="ＭＳ Ｐゴシック" w:hint="eastAsia"/>
                <w:sz w:val="21"/>
                <w:szCs w:val="21"/>
                <w:lang w:eastAsia="ja-JP"/>
              </w:rPr>
              <w:t>および</w:t>
            </w:r>
            <w:r w:rsidRPr="009B6160">
              <w:rPr>
                <w:rFonts w:ascii="ＭＳ Ｐゴシック" w:eastAsia="ＭＳ Ｐゴシック" w:hAnsi="ＭＳ Ｐゴシック"/>
                <w:sz w:val="21"/>
                <w:szCs w:val="21"/>
                <w:lang w:eastAsia="ja-JP"/>
              </w:rPr>
              <w:t>12/29～1/3を除く） ※FAXは24時間受信可能です。</w:t>
            </w:r>
          </w:p>
        </w:tc>
      </w:tr>
    </w:tbl>
    <w:p w14:paraId="577985D5" w14:textId="1A0BAF36" w:rsidR="009B6160" w:rsidRDefault="009B6160" w:rsidP="00EC2D73">
      <w:pPr>
        <w:spacing w:beforeLines="100" w:before="240" w:after="0" w:line="240" w:lineRule="auto"/>
        <w:jc w:val="right"/>
        <w:rPr>
          <w:rFonts w:ascii="ＭＳ ゴシック" w:eastAsia="ＭＳ ゴシック" w:hAnsi="ＭＳ ゴシック"/>
          <w:sz w:val="24"/>
          <w:szCs w:val="24"/>
          <w:lang w:eastAsia="ja-JP"/>
        </w:rPr>
      </w:pPr>
      <w:r>
        <w:rPr>
          <w:rFonts w:ascii="ＭＳ ゴシック" w:eastAsia="ＭＳ ゴシック" w:hAnsi="ＭＳ ゴシック" w:hint="eastAsia"/>
          <w:sz w:val="24"/>
          <w:szCs w:val="24"/>
          <w:lang w:eastAsia="ja-JP"/>
        </w:rPr>
        <w:t>年　　　月　　　日</w:t>
      </w:r>
    </w:p>
    <w:tbl>
      <w:tblPr>
        <w:tblStyle w:val="afe"/>
        <w:tblW w:w="0" w:type="auto"/>
        <w:jc w:val="center"/>
        <w:tblLook w:val="04A0" w:firstRow="1" w:lastRow="0" w:firstColumn="1" w:lastColumn="0" w:noHBand="0" w:noVBand="1"/>
      </w:tblPr>
      <w:tblGrid>
        <w:gridCol w:w="1350"/>
        <w:gridCol w:w="2765"/>
        <w:gridCol w:w="283"/>
        <w:gridCol w:w="1692"/>
        <w:gridCol w:w="2391"/>
        <w:gridCol w:w="848"/>
        <w:gridCol w:w="1103"/>
      </w:tblGrid>
      <w:tr w:rsidR="00A52CB1" w:rsidRPr="0047736B" w14:paraId="4DCE10D2" w14:textId="77777777" w:rsidTr="00627E8F">
        <w:trPr>
          <w:trHeight w:val="403"/>
          <w:jc w:val="center"/>
        </w:trPr>
        <w:tc>
          <w:tcPr>
            <w:tcW w:w="4115" w:type="dxa"/>
            <w:gridSpan w:val="2"/>
            <w:tcBorders>
              <w:top w:val="nil"/>
              <w:left w:val="nil"/>
              <w:bottom w:val="nil"/>
              <w:right w:val="nil"/>
            </w:tcBorders>
            <w:vAlign w:val="center"/>
          </w:tcPr>
          <w:p w14:paraId="7BECB2D9" w14:textId="466E6257" w:rsidR="00A52CB1" w:rsidRPr="0047736B" w:rsidRDefault="00A52CB1" w:rsidP="00D71B81">
            <w:pPr>
              <w:jc w:val="both"/>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hint="eastAsia"/>
                <w:sz w:val="21"/>
                <w:szCs w:val="21"/>
                <w:lang w:eastAsia="ja-JP"/>
              </w:rPr>
              <w:t>希望診療科</w:t>
            </w:r>
          </w:p>
        </w:tc>
        <w:tc>
          <w:tcPr>
            <w:tcW w:w="283" w:type="dxa"/>
            <w:tcBorders>
              <w:top w:val="nil"/>
              <w:left w:val="nil"/>
              <w:bottom w:val="nil"/>
              <w:right w:val="nil"/>
            </w:tcBorders>
            <w:vAlign w:val="center"/>
          </w:tcPr>
          <w:p w14:paraId="429635B4" w14:textId="77777777" w:rsidR="00A52CB1" w:rsidRPr="0047736B" w:rsidRDefault="00A52CB1" w:rsidP="00D71B81">
            <w:pPr>
              <w:jc w:val="both"/>
              <w:rPr>
                <w:rFonts w:ascii="ＭＳ Ｐゴシック" w:eastAsia="ＭＳ Ｐゴシック" w:hAnsi="ＭＳ Ｐゴシック"/>
                <w:sz w:val="21"/>
                <w:szCs w:val="21"/>
                <w:lang w:eastAsia="ja-JP"/>
              </w:rPr>
            </w:pPr>
          </w:p>
        </w:tc>
        <w:tc>
          <w:tcPr>
            <w:tcW w:w="6034" w:type="dxa"/>
            <w:gridSpan w:val="4"/>
            <w:tcBorders>
              <w:top w:val="nil"/>
              <w:left w:val="nil"/>
              <w:bottom w:val="single" w:sz="8" w:space="0" w:color="auto"/>
              <w:right w:val="nil"/>
            </w:tcBorders>
            <w:vAlign w:val="center"/>
          </w:tcPr>
          <w:p w14:paraId="19AAF036" w14:textId="5B173717" w:rsidR="00A52CB1" w:rsidRPr="0047736B" w:rsidRDefault="00A52CB1" w:rsidP="00FA3846">
            <w:pPr>
              <w:ind w:leftChars="-50" w:left="-90"/>
              <w:jc w:val="both"/>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hint="eastAsia"/>
                <w:sz w:val="21"/>
                <w:szCs w:val="21"/>
                <w:lang w:eastAsia="ja-JP"/>
              </w:rPr>
              <w:t>紹介元</w:t>
            </w:r>
            <w:r w:rsidRPr="0047736B">
              <w:rPr>
                <w:rFonts w:ascii="ＭＳ Ｐゴシック" w:eastAsia="ＭＳ Ｐゴシック" w:hAnsi="ＭＳ Ｐゴシック"/>
                <w:sz w:val="21"/>
                <w:szCs w:val="21"/>
                <w:lang w:eastAsia="ja-JP"/>
              </w:rPr>
              <w:t>医療機関名</w:t>
            </w:r>
          </w:p>
        </w:tc>
      </w:tr>
      <w:tr w:rsidR="00802ECD" w:rsidRPr="0047736B" w14:paraId="1E0F487A" w14:textId="36C940AA" w:rsidTr="00627E8F">
        <w:trPr>
          <w:trHeight w:val="403"/>
          <w:jc w:val="center"/>
        </w:trPr>
        <w:tc>
          <w:tcPr>
            <w:tcW w:w="4115" w:type="dxa"/>
            <w:gridSpan w:val="2"/>
            <w:vMerge w:val="restart"/>
            <w:tcBorders>
              <w:top w:val="nil"/>
              <w:left w:val="nil"/>
              <w:bottom w:val="single" w:sz="8" w:space="0" w:color="auto"/>
              <w:right w:val="nil"/>
            </w:tcBorders>
            <w:vAlign w:val="bottom"/>
          </w:tcPr>
          <w:p w14:paraId="76618261" w14:textId="0A2DEECF" w:rsidR="00802ECD" w:rsidRPr="0047736B" w:rsidRDefault="00802ECD" w:rsidP="00802ECD">
            <w:pPr>
              <w:jc w:val="right"/>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hint="eastAsia"/>
                <w:sz w:val="24"/>
                <w:szCs w:val="24"/>
                <w:lang w:eastAsia="ja-JP"/>
              </w:rPr>
              <w:t>科</w:t>
            </w:r>
          </w:p>
        </w:tc>
        <w:tc>
          <w:tcPr>
            <w:tcW w:w="283" w:type="dxa"/>
            <w:tcBorders>
              <w:top w:val="nil"/>
              <w:left w:val="nil"/>
              <w:bottom w:val="nil"/>
              <w:right w:val="single" w:sz="8" w:space="0" w:color="auto"/>
            </w:tcBorders>
            <w:vAlign w:val="center"/>
          </w:tcPr>
          <w:p w14:paraId="02214BA0" w14:textId="0CC8F4B4" w:rsidR="00802ECD" w:rsidRPr="0047736B" w:rsidRDefault="00802ECD" w:rsidP="00D71B81">
            <w:pPr>
              <w:jc w:val="both"/>
              <w:rPr>
                <w:rFonts w:ascii="ＭＳ Ｐゴシック" w:eastAsia="ＭＳ Ｐゴシック" w:hAnsi="ＭＳ Ｐゴシック"/>
                <w:sz w:val="21"/>
                <w:szCs w:val="21"/>
                <w:lang w:eastAsia="ja-JP"/>
              </w:rPr>
            </w:pPr>
          </w:p>
        </w:tc>
        <w:tc>
          <w:tcPr>
            <w:tcW w:w="1692" w:type="dxa"/>
            <w:tcBorders>
              <w:top w:val="single" w:sz="8" w:space="0" w:color="auto"/>
              <w:left w:val="single" w:sz="8" w:space="0" w:color="auto"/>
              <w:bottom w:val="single" w:sz="2" w:space="0" w:color="auto"/>
              <w:right w:val="single" w:sz="2" w:space="0" w:color="auto"/>
            </w:tcBorders>
            <w:vAlign w:val="center"/>
          </w:tcPr>
          <w:p w14:paraId="525EE8A1" w14:textId="52BA404C" w:rsidR="00802ECD" w:rsidRPr="0047736B" w:rsidRDefault="00802ECD"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医療機関名</w:t>
            </w:r>
          </w:p>
        </w:tc>
        <w:tc>
          <w:tcPr>
            <w:tcW w:w="4342" w:type="dxa"/>
            <w:gridSpan w:val="3"/>
            <w:tcBorders>
              <w:top w:val="single" w:sz="8" w:space="0" w:color="auto"/>
              <w:left w:val="single" w:sz="2" w:space="0" w:color="auto"/>
              <w:bottom w:val="single" w:sz="2" w:space="0" w:color="auto"/>
              <w:right w:val="single" w:sz="8" w:space="0" w:color="auto"/>
            </w:tcBorders>
            <w:vAlign w:val="center"/>
          </w:tcPr>
          <w:p w14:paraId="61C28236" w14:textId="00EA2989" w:rsidR="00802ECD" w:rsidRPr="0047736B" w:rsidRDefault="00802ECD" w:rsidP="00D71B81">
            <w:pPr>
              <w:jc w:val="both"/>
              <w:rPr>
                <w:rFonts w:ascii="ＭＳ Ｐゴシック" w:eastAsia="ＭＳ Ｐゴシック" w:hAnsi="ＭＳ Ｐゴシック"/>
                <w:sz w:val="21"/>
                <w:szCs w:val="21"/>
                <w:lang w:eastAsia="ja-JP"/>
              </w:rPr>
            </w:pPr>
          </w:p>
        </w:tc>
      </w:tr>
      <w:tr w:rsidR="00802ECD" w:rsidRPr="0047736B" w14:paraId="26381F2A" w14:textId="7E0A4441" w:rsidTr="00627E8F">
        <w:trPr>
          <w:trHeight w:val="403"/>
          <w:jc w:val="center"/>
        </w:trPr>
        <w:tc>
          <w:tcPr>
            <w:tcW w:w="4115" w:type="dxa"/>
            <w:gridSpan w:val="2"/>
            <w:vMerge/>
            <w:tcBorders>
              <w:left w:val="nil"/>
              <w:bottom w:val="single" w:sz="8" w:space="0" w:color="auto"/>
              <w:right w:val="nil"/>
            </w:tcBorders>
            <w:vAlign w:val="bottom"/>
          </w:tcPr>
          <w:p w14:paraId="42270776" w14:textId="0A7D763E" w:rsidR="00802ECD" w:rsidRPr="0047736B" w:rsidRDefault="00802ECD" w:rsidP="00F87092">
            <w:pPr>
              <w:jc w:val="right"/>
              <w:rPr>
                <w:rFonts w:ascii="ＭＳ Ｐゴシック" w:eastAsia="ＭＳ Ｐゴシック" w:hAnsi="ＭＳ Ｐゴシック"/>
                <w:sz w:val="24"/>
                <w:szCs w:val="24"/>
                <w:lang w:eastAsia="ja-JP"/>
              </w:rPr>
            </w:pPr>
          </w:p>
        </w:tc>
        <w:tc>
          <w:tcPr>
            <w:tcW w:w="283" w:type="dxa"/>
            <w:tcBorders>
              <w:top w:val="nil"/>
              <w:left w:val="nil"/>
              <w:bottom w:val="nil"/>
              <w:right w:val="single" w:sz="8" w:space="0" w:color="auto"/>
            </w:tcBorders>
            <w:vAlign w:val="center"/>
          </w:tcPr>
          <w:p w14:paraId="2362DFE6" w14:textId="106D0A0B" w:rsidR="00802ECD" w:rsidRPr="0047736B" w:rsidRDefault="00802ECD"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2" w:space="0" w:color="auto"/>
              <w:right w:val="single" w:sz="2" w:space="0" w:color="auto"/>
            </w:tcBorders>
            <w:vAlign w:val="center"/>
          </w:tcPr>
          <w:p w14:paraId="23343DEB" w14:textId="63370B3A" w:rsidR="00802ECD" w:rsidRPr="0047736B" w:rsidRDefault="00802ECD"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所</w:t>
            </w:r>
            <w:r w:rsidR="00971BA8">
              <w:rPr>
                <w:rFonts w:ascii="ＭＳ Ｐゴシック" w:eastAsia="ＭＳ Ｐゴシック" w:hAnsi="ＭＳ Ｐゴシック" w:hint="eastAsia"/>
                <w:sz w:val="21"/>
                <w:szCs w:val="21"/>
                <w:lang w:eastAsia="ja-JP"/>
              </w:rPr>
              <w:t xml:space="preserve"> </w:t>
            </w:r>
            <w:r w:rsidRPr="0047736B">
              <w:rPr>
                <w:rFonts w:ascii="ＭＳ Ｐゴシック" w:eastAsia="ＭＳ Ｐゴシック" w:hAnsi="ＭＳ Ｐゴシック"/>
                <w:sz w:val="21"/>
                <w:szCs w:val="21"/>
                <w:lang w:eastAsia="ja-JP"/>
              </w:rPr>
              <w:t>在</w:t>
            </w:r>
            <w:r w:rsidR="00971BA8">
              <w:rPr>
                <w:rFonts w:ascii="ＭＳ Ｐゴシック" w:eastAsia="ＭＳ Ｐゴシック" w:hAnsi="ＭＳ Ｐゴシック" w:hint="eastAsia"/>
                <w:sz w:val="21"/>
                <w:szCs w:val="21"/>
                <w:lang w:eastAsia="ja-JP"/>
              </w:rPr>
              <w:t xml:space="preserve"> </w:t>
            </w:r>
            <w:r w:rsidRPr="0047736B">
              <w:rPr>
                <w:rFonts w:ascii="ＭＳ Ｐゴシック" w:eastAsia="ＭＳ Ｐゴシック" w:hAnsi="ＭＳ Ｐゴシック"/>
                <w:sz w:val="21"/>
                <w:szCs w:val="21"/>
                <w:lang w:eastAsia="ja-JP"/>
              </w:rPr>
              <w:t>地</w:t>
            </w:r>
          </w:p>
        </w:tc>
        <w:tc>
          <w:tcPr>
            <w:tcW w:w="4342" w:type="dxa"/>
            <w:gridSpan w:val="3"/>
            <w:tcBorders>
              <w:top w:val="single" w:sz="2" w:space="0" w:color="auto"/>
              <w:left w:val="single" w:sz="2" w:space="0" w:color="auto"/>
              <w:bottom w:val="single" w:sz="2" w:space="0" w:color="auto"/>
              <w:right w:val="single" w:sz="8" w:space="0" w:color="auto"/>
            </w:tcBorders>
            <w:vAlign w:val="center"/>
          </w:tcPr>
          <w:p w14:paraId="6AE96E5E" w14:textId="77777777" w:rsidR="00802ECD" w:rsidRPr="0047736B" w:rsidRDefault="00802ECD" w:rsidP="00D71B81">
            <w:pPr>
              <w:jc w:val="both"/>
              <w:rPr>
                <w:rFonts w:ascii="ＭＳ Ｐゴシック" w:eastAsia="ＭＳ Ｐゴシック" w:hAnsi="ＭＳ Ｐゴシック"/>
                <w:sz w:val="21"/>
                <w:szCs w:val="21"/>
                <w:lang w:eastAsia="ja-JP"/>
              </w:rPr>
            </w:pPr>
          </w:p>
        </w:tc>
      </w:tr>
      <w:tr w:rsidR="00F87092" w:rsidRPr="0047736B" w14:paraId="37026BC9" w14:textId="183BF6A0" w:rsidTr="00627E8F">
        <w:trPr>
          <w:trHeight w:val="403"/>
          <w:jc w:val="center"/>
        </w:trPr>
        <w:tc>
          <w:tcPr>
            <w:tcW w:w="4115" w:type="dxa"/>
            <w:gridSpan w:val="2"/>
            <w:tcBorders>
              <w:top w:val="single" w:sz="8" w:space="0" w:color="auto"/>
              <w:left w:val="nil"/>
              <w:bottom w:val="nil"/>
              <w:right w:val="nil"/>
            </w:tcBorders>
            <w:vAlign w:val="center"/>
          </w:tcPr>
          <w:p w14:paraId="378F52EC" w14:textId="021C6D3E" w:rsidR="00F87092" w:rsidRPr="0047736B" w:rsidRDefault="005663C8" w:rsidP="00802ECD">
            <w:pP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希望担当医</w:t>
            </w:r>
          </w:p>
        </w:tc>
        <w:tc>
          <w:tcPr>
            <w:tcW w:w="283" w:type="dxa"/>
            <w:tcBorders>
              <w:top w:val="nil"/>
              <w:left w:val="nil"/>
              <w:bottom w:val="nil"/>
              <w:right w:val="single" w:sz="8" w:space="0" w:color="auto"/>
            </w:tcBorders>
            <w:vAlign w:val="center"/>
          </w:tcPr>
          <w:p w14:paraId="2A740829" w14:textId="2438F157" w:rsidR="00F87092" w:rsidRPr="0047736B" w:rsidRDefault="00F87092"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2" w:space="0" w:color="auto"/>
              <w:right w:val="single" w:sz="2" w:space="0" w:color="auto"/>
            </w:tcBorders>
            <w:vAlign w:val="center"/>
          </w:tcPr>
          <w:p w14:paraId="4069D44D" w14:textId="1D31F57B" w:rsidR="00F87092" w:rsidRPr="0047736B" w:rsidRDefault="00F87092"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担当診療科</w:t>
            </w:r>
          </w:p>
        </w:tc>
        <w:tc>
          <w:tcPr>
            <w:tcW w:w="4342" w:type="dxa"/>
            <w:gridSpan w:val="3"/>
            <w:tcBorders>
              <w:top w:val="single" w:sz="2" w:space="0" w:color="auto"/>
              <w:left w:val="single" w:sz="2" w:space="0" w:color="auto"/>
              <w:bottom w:val="single" w:sz="2" w:space="0" w:color="auto"/>
              <w:right w:val="single" w:sz="8" w:space="0" w:color="auto"/>
            </w:tcBorders>
            <w:vAlign w:val="center"/>
          </w:tcPr>
          <w:p w14:paraId="4F710FF2" w14:textId="77777777" w:rsidR="00F87092" w:rsidRPr="0047736B" w:rsidRDefault="00F87092" w:rsidP="00D71B81">
            <w:pPr>
              <w:jc w:val="both"/>
              <w:rPr>
                <w:rFonts w:ascii="ＭＳ Ｐゴシック" w:eastAsia="ＭＳ Ｐゴシック" w:hAnsi="ＭＳ Ｐゴシック"/>
                <w:sz w:val="21"/>
                <w:szCs w:val="21"/>
                <w:lang w:eastAsia="ja-JP"/>
              </w:rPr>
            </w:pPr>
          </w:p>
        </w:tc>
      </w:tr>
      <w:tr w:rsidR="005663C8" w:rsidRPr="0047736B" w14:paraId="426215CF" w14:textId="3F7D9D1E" w:rsidTr="00627E8F">
        <w:trPr>
          <w:trHeight w:val="403"/>
          <w:jc w:val="center"/>
        </w:trPr>
        <w:tc>
          <w:tcPr>
            <w:tcW w:w="4115" w:type="dxa"/>
            <w:gridSpan w:val="2"/>
            <w:vMerge w:val="restart"/>
            <w:tcBorders>
              <w:top w:val="nil"/>
              <w:left w:val="nil"/>
              <w:right w:val="nil"/>
            </w:tcBorders>
            <w:vAlign w:val="bottom"/>
          </w:tcPr>
          <w:p w14:paraId="594AC373" w14:textId="5BC50B36" w:rsidR="005663C8" w:rsidRPr="0047736B" w:rsidRDefault="005663C8" w:rsidP="005663C8">
            <w:pPr>
              <w:jc w:val="right"/>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hint="eastAsia"/>
                <w:sz w:val="24"/>
                <w:szCs w:val="24"/>
                <w:lang w:eastAsia="ja-JP"/>
              </w:rPr>
              <w:t>医師</w:t>
            </w:r>
          </w:p>
        </w:tc>
        <w:tc>
          <w:tcPr>
            <w:tcW w:w="283" w:type="dxa"/>
            <w:tcBorders>
              <w:top w:val="nil"/>
              <w:left w:val="nil"/>
              <w:bottom w:val="nil"/>
              <w:right w:val="single" w:sz="8" w:space="0" w:color="auto"/>
            </w:tcBorders>
            <w:vAlign w:val="center"/>
          </w:tcPr>
          <w:p w14:paraId="26208B65" w14:textId="0A361EDD" w:rsidR="005663C8" w:rsidRPr="0047736B" w:rsidRDefault="005663C8"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2" w:space="0" w:color="auto"/>
              <w:right w:val="single" w:sz="2" w:space="0" w:color="auto"/>
            </w:tcBorders>
            <w:vAlign w:val="center"/>
          </w:tcPr>
          <w:p w14:paraId="49905D8F" w14:textId="67A3C9F6" w:rsidR="005663C8" w:rsidRPr="0047736B" w:rsidRDefault="005663C8"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医</w:t>
            </w:r>
            <w:r>
              <w:rPr>
                <w:rFonts w:ascii="ＭＳ Ｐゴシック" w:eastAsia="ＭＳ Ｐゴシック" w:hAnsi="ＭＳ Ｐゴシック" w:hint="eastAsia"/>
                <w:sz w:val="21"/>
                <w:szCs w:val="21"/>
                <w:lang w:eastAsia="ja-JP"/>
              </w:rPr>
              <w:t xml:space="preserve"> </w:t>
            </w:r>
            <w:r w:rsidRPr="0047736B">
              <w:rPr>
                <w:rFonts w:ascii="ＭＳ Ｐゴシック" w:eastAsia="ＭＳ Ｐゴシック" w:hAnsi="ＭＳ Ｐゴシック"/>
                <w:sz w:val="21"/>
                <w:szCs w:val="21"/>
                <w:lang w:eastAsia="ja-JP"/>
              </w:rPr>
              <w:t>師</w:t>
            </w:r>
            <w:r>
              <w:rPr>
                <w:rFonts w:ascii="ＭＳ Ｐゴシック" w:eastAsia="ＭＳ Ｐゴシック" w:hAnsi="ＭＳ Ｐゴシック" w:hint="eastAsia"/>
                <w:sz w:val="21"/>
                <w:szCs w:val="21"/>
                <w:lang w:eastAsia="ja-JP"/>
              </w:rPr>
              <w:t xml:space="preserve"> </w:t>
            </w:r>
            <w:r w:rsidRPr="0047736B">
              <w:rPr>
                <w:rFonts w:ascii="ＭＳ Ｐゴシック" w:eastAsia="ＭＳ Ｐゴシック" w:hAnsi="ＭＳ Ｐゴシック"/>
                <w:sz w:val="21"/>
                <w:szCs w:val="21"/>
                <w:lang w:eastAsia="ja-JP"/>
              </w:rPr>
              <w:t>名</w:t>
            </w:r>
          </w:p>
        </w:tc>
        <w:tc>
          <w:tcPr>
            <w:tcW w:w="4342" w:type="dxa"/>
            <w:gridSpan w:val="3"/>
            <w:tcBorders>
              <w:top w:val="single" w:sz="2" w:space="0" w:color="auto"/>
              <w:left w:val="single" w:sz="2" w:space="0" w:color="auto"/>
              <w:bottom w:val="single" w:sz="2" w:space="0" w:color="auto"/>
              <w:right w:val="single" w:sz="8" w:space="0" w:color="auto"/>
            </w:tcBorders>
            <w:vAlign w:val="center"/>
          </w:tcPr>
          <w:p w14:paraId="51015872" w14:textId="77777777" w:rsidR="005663C8" w:rsidRPr="0047736B" w:rsidRDefault="005663C8" w:rsidP="00D71B81">
            <w:pPr>
              <w:jc w:val="both"/>
              <w:rPr>
                <w:rFonts w:ascii="ＭＳ Ｐゴシック" w:eastAsia="ＭＳ Ｐゴシック" w:hAnsi="ＭＳ Ｐゴシック"/>
                <w:sz w:val="21"/>
                <w:szCs w:val="21"/>
                <w:lang w:eastAsia="ja-JP"/>
              </w:rPr>
            </w:pPr>
          </w:p>
        </w:tc>
      </w:tr>
      <w:tr w:rsidR="005663C8" w:rsidRPr="0047736B" w14:paraId="717DA755" w14:textId="3BAAF15E" w:rsidTr="00627E8F">
        <w:trPr>
          <w:trHeight w:val="403"/>
          <w:jc w:val="center"/>
        </w:trPr>
        <w:tc>
          <w:tcPr>
            <w:tcW w:w="4115" w:type="dxa"/>
            <w:gridSpan w:val="2"/>
            <w:vMerge/>
            <w:tcBorders>
              <w:left w:val="nil"/>
              <w:bottom w:val="single" w:sz="8" w:space="0" w:color="auto"/>
              <w:right w:val="nil"/>
            </w:tcBorders>
            <w:vAlign w:val="bottom"/>
          </w:tcPr>
          <w:p w14:paraId="31E3C62B" w14:textId="054C50D1" w:rsidR="005663C8" w:rsidRPr="0047736B" w:rsidRDefault="005663C8" w:rsidP="00F87092">
            <w:pPr>
              <w:jc w:val="right"/>
              <w:rPr>
                <w:rFonts w:ascii="ＭＳ Ｐゴシック" w:eastAsia="ＭＳ Ｐゴシック" w:hAnsi="ＭＳ Ｐゴシック"/>
                <w:sz w:val="24"/>
                <w:szCs w:val="24"/>
                <w:lang w:eastAsia="ja-JP"/>
              </w:rPr>
            </w:pPr>
          </w:p>
        </w:tc>
        <w:tc>
          <w:tcPr>
            <w:tcW w:w="283" w:type="dxa"/>
            <w:tcBorders>
              <w:top w:val="nil"/>
              <w:left w:val="nil"/>
              <w:bottom w:val="nil"/>
              <w:right w:val="single" w:sz="8" w:space="0" w:color="auto"/>
            </w:tcBorders>
            <w:vAlign w:val="center"/>
          </w:tcPr>
          <w:p w14:paraId="305C9427" w14:textId="0D3B2AC0" w:rsidR="005663C8" w:rsidRPr="0047736B" w:rsidRDefault="005663C8"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2" w:space="0" w:color="auto"/>
              <w:right w:val="single" w:sz="2" w:space="0" w:color="auto"/>
            </w:tcBorders>
            <w:vAlign w:val="center"/>
          </w:tcPr>
          <w:p w14:paraId="6AAC5D21" w14:textId="4DD2407B" w:rsidR="005663C8" w:rsidRPr="0047736B" w:rsidRDefault="005663C8"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担当部署</w:t>
            </w:r>
          </w:p>
        </w:tc>
        <w:tc>
          <w:tcPr>
            <w:tcW w:w="2391" w:type="dxa"/>
            <w:tcBorders>
              <w:top w:val="single" w:sz="2" w:space="0" w:color="auto"/>
              <w:left w:val="single" w:sz="2" w:space="0" w:color="auto"/>
              <w:bottom w:val="single" w:sz="2" w:space="0" w:color="auto"/>
              <w:right w:val="single" w:sz="2" w:space="0" w:color="auto"/>
            </w:tcBorders>
            <w:vAlign w:val="center"/>
          </w:tcPr>
          <w:p w14:paraId="0E09E23B" w14:textId="77777777" w:rsidR="005663C8" w:rsidRPr="0047736B" w:rsidRDefault="005663C8" w:rsidP="00D71B81">
            <w:pPr>
              <w:jc w:val="both"/>
              <w:rPr>
                <w:rFonts w:ascii="ＭＳ Ｐゴシック" w:eastAsia="ＭＳ Ｐゴシック" w:hAnsi="ＭＳ Ｐゴシック"/>
                <w:sz w:val="21"/>
                <w:szCs w:val="21"/>
                <w:lang w:eastAsia="ja-JP"/>
              </w:rPr>
            </w:pPr>
          </w:p>
        </w:tc>
        <w:tc>
          <w:tcPr>
            <w:tcW w:w="848" w:type="dxa"/>
            <w:tcBorders>
              <w:top w:val="single" w:sz="2" w:space="0" w:color="auto"/>
              <w:left w:val="single" w:sz="2" w:space="0" w:color="auto"/>
              <w:bottom w:val="single" w:sz="2" w:space="0" w:color="auto"/>
              <w:right w:val="single" w:sz="2" w:space="0" w:color="auto"/>
            </w:tcBorders>
            <w:vAlign w:val="center"/>
          </w:tcPr>
          <w:p w14:paraId="2C38BA91" w14:textId="72C7929D" w:rsidR="005663C8" w:rsidRPr="0047736B" w:rsidRDefault="005663C8" w:rsidP="008C42ED">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hint="eastAsia"/>
                <w:sz w:val="21"/>
                <w:szCs w:val="21"/>
                <w:lang w:eastAsia="ja-JP"/>
              </w:rPr>
              <w:t>担当者</w:t>
            </w:r>
          </w:p>
        </w:tc>
        <w:tc>
          <w:tcPr>
            <w:tcW w:w="1103" w:type="dxa"/>
            <w:tcBorders>
              <w:top w:val="single" w:sz="2" w:space="0" w:color="auto"/>
              <w:left w:val="single" w:sz="2" w:space="0" w:color="auto"/>
              <w:bottom w:val="single" w:sz="2" w:space="0" w:color="auto"/>
              <w:right w:val="single" w:sz="8" w:space="0" w:color="auto"/>
            </w:tcBorders>
            <w:vAlign w:val="center"/>
          </w:tcPr>
          <w:p w14:paraId="27FA88D4" w14:textId="29B1A89B" w:rsidR="005663C8" w:rsidRPr="0047736B" w:rsidRDefault="005663C8" w:rsidP="00D71B81">
            <w:pPr>
              <w:jc w:val="both"/>
              <w:rPr>
                <w:rFonts w:ascii="ＭＳ Ｐゴシック" w:eastAsia="ＭＳ Ｐゴシック" w:hAnsi="ＭＳ Ｐゴシック"/>
                <w:sz w:val="21"/>
                <w:szCs w:val="21"/>
                <w:lang w:eastAsia="ja-JP"/>
              </w:rPr>
            </w:pPr>
          </w:p>
        </w:tc>
      </w:tr>
      <w:tr w:rsidR="00802ECD" w:rsidRPr="0047736B" w14:paraId="06B531AF" w14:textId="515FF326" w:rsidTr="00627E8F">
        <w:trPr>
          <w:trHeight w:val="403"/>
          <w:jc w:val="center"/>
        </w:trPr>
        <w:tc>
          <w:tcPr>
            <w:tcW w:w="4115" w:type="dxa"/>
            <w:gridSpan w:val="2"/>
            <w:tcBorders>
              <w:top w:val="single" w:sz="8" w:space="0" w:color="auto"/>
              <w:left w:val="nil"/>
              <w:bottom w:val="nil"/>
              <w:right w:val="nil"/>
            </w:tcBorders>
            <w:vAlign w:val="center"/>
          </w:tcPr>
          <w:p w14:paraId="1CDAB414" w14:textId="700815C9" w:rsidR="00802ECD" w:rsidRPr="0047736B" w:rsidRDefault="00802ECD" w:rsidP="00F87092">
            <w:pPr>
              <w:jc w:val="right"/>
              <w:rPr>
                <w:rFonts w:ascii="ＭＳ Ｐゴシック" w:eastAsia="ＭＳ Ｐゴシック" w:hAnsi="ＭＳ Ｐゴシック"/>
                <w:sz w:val="21"/>
                <w:szCs w:val="21"/>
                <w:lang w:eastAsia="ja-JP"/>
              </w:rPr>
            </w:pPr>
          </w:p>
        </w:tc>
        <w:tc>
          <w:tcPr>
            <w:tcW w:w="283" w:type="dxa"/>
            <w:tcBorders>
              <w:top w:val="nil"/>
              <w:left w:val="nil"/>
              <w:bottom w:val="nil"/>
              <w:right w:val="single" w:sz="8" w:space="0" w:color="auto"/>
            </w:tcBorders>
            <w:vAlign w:val="center"/>
          </w:tcPr>
          <w:p w14:paraId="3C6B1665" w14:textId="57BD866C" w:rsidR="00802ECD" w:rsidRPr="0047736B" w:rsidRDefault="00802ECD"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2" w:space="0" w:color="auto"/>
              <w:right w:val="single" w:sz="2" w:space="0" w:color="auto"/>
            </w:tcBorders>
            <w:vAlign w:val="center"/>
          </w:tcPr>
          <w:p w14:paraId="734705C4" w14:textId="4161A7FA" w:rsidR="00802ECD" w:rsidRPr="0047736B" w:rsidRDefault="00971BA8" w:rsidP="00E419C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電話番号</w:t>
            </w:r>
          </w:p>
        </w:tc>
        <w:tc>
          <w:tcPr>
            <w:tcW w:w="4342" w:type="dxa"/>
            <w:gridSpan w:val="3"/>
            <w:tcBorders>
              <w:top w:val="single" w:sz="2" w:space="0" w:color="auto"/>
              <w:left w:val="single" w:sz="2" w:space="0" w:color="auto"/>
              <w:bottom w:val="single" w:sz="2" w:space="0" w:color="auto"/>
              <w:right w:val="single" w:sz="8" w:space="0" w:color="auto"/>
            </w:tcBorders>
            <w:vAlign w:val="center"/>
          </w:tcPr>
          <w:p w14:paraId="68FFD33E" w14:textId="77777777" w:rsidR="00802ECD" w:rsidRPr="0047736B" w:rsidRDefault="00802ECD" w:rsidP="00D71B81">
            <w:pPr>
              <w:jc w:val="both"/>
              <w:rPr>
                <w:rFonts w:ascii="ＭＳ Ｐゴシック" w:eastAsia="ＭＳ Ｐゴシック" w:hAnsi="ＭＳ Ｐゴシック"/>
                <w:sz w:val="21"/>
                <w:szCs w:val="21"/>
                <w:lang w:eastAsia="ja-JP"/>
              </w:rPr>
            </w:pPr>
          </w:p>
        </w:tc>
      </w:tr>
      <w:tr w:rsidR="00D71B81" w:rsidRPr="0047736B" w14:paraId="726EB89E" w14:textId="3957D494" w:rsidTr="00627E8F">
        <w:trPr>
          <w:trHeight w:val="403"/>
          <w:jc w:val="center"/>
        </w:trPr>
        <w:tc>
          <w:tcPr>
            <w:tcW w:w="1350" w:type="dxa"/>
            <w:tcBorders>
              <w:top w:val="nil"/>
              <w:left w:val="nil"/>
              <w:bottom w:val="nil"/>
              <w:right w:val="nil"/>
            </w:tcBorders>
            <w:vAlign w:val="center"/>
          </w:tcPr>
          <w:p w14:paraId="703FB540" w14:textId="77777777" w:rsidR="00D71B81" w:rsidRPr="0047736B" w:rsidRDefault="00D71B81" w:rsidP="00D71B81">
            <w:pPr>
              <w:jc w:val="both"/>
              <w:rPr>
                <w:rFonts w:ascii="ＭＳ Ｐゴシック" w:eastAsia="ＭＳ Ｐゴシック" w:hAnsi="ＭＳ Ｐゴシック"/>
                <w:sz w:val="21"/>
                <w:szCs w:val="21"/>
                <w:lang w:eastAsia="ja-JP"/>
              </w:rPr>
            </w:pPr>
          </w:p>
        </w:tc>
        <w:tc>
          <w:tcPr>
            <w:tcW w:w="2765" w:type="dxa"/>
            <w:tcBorders>
              <w:top w:val="nil"/>
              <w:left w:val="nil"/>
              <w:bottom w:val="nil"/>
              <w:right w:val="nil"/>
            </w:tcBorders>
            <w:vAlign w:val="center"/>
          </w:tcPr>
          <w:p w14:paraId="6F2ACB13" w14:textId="5EFF4123" w:rsidR="00D71B81" w:rsidRPr="0047736B" w:rsidRDefault="00D71B81" w:rsidP="00F87092">
            <w:pPr>
              <w:jc w:val="right"/>
              <w:rPr>
                <w:rFonts w:ascii="ＭＳ Ｐゴシック" w:eastAsia="ＭＳ Ｐゴシック" w:hAnsi="ＭＳ Ｐゴシック"/>
                <w:sz w:val="21"/>
                <w:szCs w:val="21"/>
                <w:lang w:eastAsia="ja-JP"/>
              </w:rPr>
            </w:pPr>
          </w:p>
        </w:tc>
        <w:tc>
          <w:tcPr>
            <w:tcW w:w="283" w:type="dxa"/>
            <w:tcBorders>
              <w:top w:val="nil"/>
              <w:left w:val="nil"/>
              <w:bottom w:val="nil"/>
              <w:right w:val="single" w:sz="8" w:space="0" w:color="auto"/>
            </w:tcBorders>
            <w:vAlign w:val="center"/>
          </w:tcPr>
          <w:p w14:paraId="57195EAC" w14:textId="6F641FF4" w:rsidR="00D71B81" w:rsidRPr="0047736B" w:rsidRDefault="00D71B81" w:rsidP="00D71B81">
            <w:pPr>
              <w:jc w:val="both"/>
              <w:rPr>
                <w:rFonts w:ascii="ＭＳ Ｐゴシック" w:eastAsia="ＭＳ Ｐゴシック" w:hAnsi="ＭＳ Ｐゴシック"/>
                <w:sz w:val="21"/>
                <w:szCs w:val="21"/>
                <w:lang w:eastAsia="ja-JP"/>
              </w:rPr>
            </w:pPr>
          </w:p>
        </w:tc>
        <w:tc>
          <w:tcPr>
            <w:tcW w:w="1692" w:type="dxa"/>
            <w:tcBorders>
              <w:top w:val="single" w:sz="2" w:space="0" w:color="auto"/>
              <w:left w:val="single" w:sz="8" w:space="0" w:color="auto"/>
              <w:bottom w:val="single" w:sz="8" w:space="0" w:color="auto"/>
              <w:right w:val="single" w:sz="2" w:space="0" w:color="auto"/>
            </w:tcBorders>
            <w:vAlign w:val="center"/>
          </w:tcPr>
          <w:p w14:paraId="3A66ACF1" w14:textId="49695299" w:rsidR="00A52CB1" w:rsidRPr="0047736B" w:rsidRDefault="00D71B81"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FAX</w:t>
            </w:r>
            <w:r w:rsidR="00971BA8">
              <w:rPr>
                <w:rFonts w:ascii="ＭＳ Ｐゴシック" w:eastAsia="ＭＳ Ｐゴシック" w:hAnsi="ＭＳ Ｐゴシック" w:hint="eastAsia"/>
                <w:sz w:val="21"/>
                <w:szCs w:val="21"/>
                <w:lang w:eastAsia="ja-JP"/>
              </w:rPr>
              <w:t>番号</w:t>
            </w:r>
          </w:p>
          <w:p w14:paraId="0351C13B" w14:textId="202B5B9F" w:rsidR="00D71B81" w:rsidRPr="0047736B" w:rsidRDefault="00D71B81"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w:t>
            </w:r>
            <w:r w:rsidRPr="0047736B">
              <w:rPr>
                <w:rFonts w:ascii="ＭＳ Ｐゴシック" w:eastAsia="ＭＳ Ｐゴシック" w:hAnsi="ＭＳ Ｐゴシック" w:hint="eastAsia"/>
                <w:sz w:val="21"/>
                <w:szCs w:val="21"/>
                <w:lang w:eastAsia="ja-JP"/>
              </w:rPr>
              <w:t>予約票送付用</w:t>
            </w:r>
            <w:r w:rsidRPr="0047736B">
              <w:rPr>
                <w:rFonts w:ascii="ＭＳ Ｐゴシック" w:eastAsia="ＭＳ Ｐゴシック" w:hAnsi="ＭＳ Ｐゴシック"/>
                <w:sz w:val="21"/>
                <w:szCs w:val="21"/>
                <w:lang w:eastAsia="ja-JP"/>
              </w:rPr>
              <w:t>)</w:t>
            </w:r>
          </w:p>
        </w:tc>
        <w:tc>
          <w:tcPr>
            <w:tcW w:w="4342" w:type="dxa"/>
            <w:gridSpan w:val="3"/>
            <w:tcBorders>
              <w:top w:val="single" w:sz="2" w:space="0" w:color="auto"/>
              <w:left w:val="single" w:sz="2" w:space="0" w:color="auto"/>
              <w:bottom w:val="single" w:sz="8" w:space="0" w:color="auto"/>
              <w:right w:val="single" w:sz="8" w:space="0" w:color="auto"/>
            </w:tcBorders>
            <w:vAlign w:val="center"/>
          </w:tcPr>
          <w:p w14:paraId="7983108C" w14:textId="77777777" w:rsidR="00D71B81" w:rsidRPr="0047736B" w:rsidRDefault="00D71B81" w:rsidP="00D71B81">
            <w:pPr>
              <w:jc w:val="both"/>
              <w:rPr>
                <w:rFonts w:ascii="ＭＳ Ｐゴシック" w:eastAsia="ＭＳ Ｐゴシック" w:hAnsi="ＭＳ Ｐゴシック"/>
                <w:sz w:val="21"/>
                <w:szCs w:val="21"/>
                <w:lang w:eastAsia="ja-JP"/>
              </w:rPr>
            </w:pPr>
          </w:p>
        </w:tc>
      </w:tr>
    </w:tbl>
    <w:p w14:paraId="2240BA52" w14:textId="3221AED9" w:rsidR="009B6160" w:rsidRPr="00A52CB1" w:rsidRDefault="00A52CB1" w:rsidP="00A52CB1">
      <w:pPr>
        <w:spacing w:beforeLines="100" w:before="240" w:after="0" w:line="240" w:lineRule="auto"/>
        <w:rPr>
          <w:rFonts w:ascii="ＭＳ Ｐゴシック" w:eastAsia="ＭＳ Ｐゴシック" w:hAnsi="ＭＳ Ｐゴシック"/>
          <w:bCs/>
          <w:sz w:val="24"/>
          <w:szCs w:val="24"/>
          <w:lang w:eastAsia="ja-JP"/>
        </w:rPr>
      </w:pPr>
      <w:proofErr w:type="spellStart"/>
      <w:r w:rsidRPr="00A52CB1">
        <w:rPr>
          <w:rFonts w:ascii="ＭＳ Ｐゴシック" w:eastAsia="ＭＳ Ｐゴシック" w:hAnsi="ＭＳ Ｐゴシック"/>
          <w:bCs/>
          <w:sz w:val="24"/>
          <w:szCs w:val="24"/>
        </w:rPr>
        <w:t>患者情報</w:t>
      </w:r>
      <w:proofErr w:type="spellEnd"/>
    </w:p>
    <w:tbl>
      <w:tblPr>
        <w:tblStyle w:val="afe"/>
        <w:tblW w:w="10490"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367"/>
        <w:gridCol w:w="3870"/>
        <w:gridCol w:w="651"/>
        <w:gridCol w:w="470"/>
        <w:gridCol w:w="1237"/>
        <w:gridCol w:w="1414"/>
        <w:gridCol w:w="1481"/>
      </w:tblGrid>
      <w:tr w:rsidR="007355D2" w14:paraId="19585795" w14:textId="77777777" w:rsidTr="00627E8F">
        <w:trPr>
          <w:trHeight w:val="333"/>
        </w:trPr>
        <w:tc>
          <w:tcPr>
            <w:tcW w:w="1367" w:type="dxa"/>
            <w:tcBorders>
              <w:top w:val="single" w:sz="8" w:space="0" w:color="auto"/>
              <w:bottom w:val="dashSmallGap" w:sz="4" w:space="0" w:color="auto"/>
              <w:right w:val="single" w:sz="2" w:space="0" w:color="auto"/>
            </w:tcBorders>
            <w:vAlign w:val="center"/>
          </w:tcPr>
          <w:p w14:paraId="4EE7BED0" w14:textId="631638A6" w:rsidR="007355D2" w:rsidRDefault="007355D2" w:rsidP="00E419CB">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ﾌﾘｶﾞﾅ</w:t>
            </w:r>
          </w:p>
        </w:tc>
        <w:tc>
          <w:tcPr>
            <w:tcW w:w="6228" w:type="dxa"/>
            <w:gridSpan w:val="4"/>
            <w:tcBorders>
              <w:top w:val="single" w:sz="8" w:space="0" w:color="auto"/>
              <w:left w:val="single" w:sz="2" w:space="0" w:color="auto"/>
              <w:bottom w:val="dashSmallGap" w:sz="4" w:space="0" w:color="auto"/>
              <w:right w:val="single" w:sz="2" w:space="0" w:color="auto"/>
            </w:tcBorders>
            <w:vAlign w:val="center"/>
          </w:tcPr>
          <w:p w14:paraId="2B9004A9" w14:textId="77777777" w:rsidR="007355D2" w:rsidRDefault="007355D2" w:rsidP="0047736B">
            <w:pPr>
              <w:jc w:val="both"/>
              <w:rPr>
                <w:rFonts w:ascii="ＭＳ Ｐゴシック" w:eastAsia="ＭＳ Ｐゴシック" w:hAnsi="ＭＳ Ｐゴシック"/>
                <w:sz w:val="21"/>
                <w:szCs w:val="21"/>
                <w:lang w:eastAsia="ja-JP"/>
              </w:rPr>
            </w:pPr>
          </w:p>
        </w:tc>
        <w:tc>
          <w:tcPr>
            <w:tcW w:w="1414" w:type="dxa"/>
            <w:tcBorders>
              <w:top w:val="single" w:sz="8" w:space="0" w:color="auto"/>
              <w:left w:val="single" w:sz="2" w:space="0" w:color="auto"/>
              <w:bottom w:val="single" w:sz="2" w:space="0" w:color="auto"/>
              <w:right w:val="single" w:sz="2" w:space="0" w:color="auto"/>
            </w:tcBorders>
            <w:vAlign w:val="center"/>
          </w:tcPr>
          <w:p w14:paraId="4F0F8BBB" w14:textId="1EF16F9A" w:rsidR="007355D2" w:rsidRDefault="007355D2" w:rsidP="0047736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性別</w:t>
            </w:r>
          </w:p>
        </w:tc>
        <w:tc>
          <w:tcPr>
            <w:tcW w:w="1481" w:type="dxa"/>
            <w:tcBorders>
              <w:top w:val="single" w:sz="8" w:space="0" w:color="auto"/>
              <w:left w:val="single" w:sz="2" w:space="0" w:color="auto"/>
              <w:bottom w:val="single" w:sz="2" w:space="0" w:color="auto"/>
            </w:tcBorders>
            <w:vAlign w:val="center"/>
          </w:tcPr>
          <w:p w14:paraId="49F6BA5D" w14:textId="119D3E18" w:rsidR="007355D2" w:rsidRDefault="007355D2" w:rsidP="0047736B">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旧姓</w:t>
            </w:r>
          </w:p>
        </w:tc>
      </w:tr>
      <w:tr w:rsidR="007355D2" w:rsidRPr="00891E4A" w14:paraId="16F1C2BC" w14:textId="77777777" w:rsidTr="00627E8F">
        <w:trPr>
          <w:trHeight w:val="707"/>
        </w:trPr>
        <w:tc>
          <w:tcPr>
            <w:tcW w:w="1367" w:type="dxa"/>
            <w:tcBorders>
              <w:top w:val="dashSmallGap" w:sz="4" w:space="0" w:color="auto"/>
              <w:bottom w:val="single" w:sz="4" w:space="0" w:color="auto"/>
              <w:right w:val="single" w:sz="2" w:space="0" w:color="auto"/>
            </w:tcBorders>
            <w:vAlign w:val="center"/>
          </w:tcPr>
          <w:p w14:paraId="6D24A1C7" w14:textId="263B937F" w:rsidR="007355D2" w:rsidRDefault="007355D2" w:rsidP="00E419CB">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患者氏名</w:t>
            </w:r>
          </w:p>
        </w:tc>
        <w:tc>
          <w:tcPr>
            <w:tcW w:w="6228" w:type="dxa"/>
            <w:gridSpan w:val="4"/>
            <w:tcBorders>
              <w:top w:val="dashSmallGap" w:sz="4" w:space="0" w:color="auto"/>
              <w:left w:val="single" w:sz="2" w:space="0" w:color="auto"/>
              <w:bottom w:val="single" w:sz="4" w:space="0" w:color="auto"/>
              <w:right w:val="single" w:sz="2" w:space="0" w:color="auto"/>
            </w:tcBorders>
            <w:vAlign w:val="center"/>
          </w:tcPr>
          <w:p w14:paraId="315F4767" w14:textId="77777777" w:rsidR="007355D2" w:rsidRDefault="007355D2" w:rsidP="0047736B">
            <w:pPr>
              <w:jc w:val="both"/>
              <w:rPr>
                <w:rFonts w:ascii="ＭＳ Ｐゴシック" w:eastAsia="ＭＳ Ｐゴシック" w:hAnsi="ＭＳ Ｐゴシック"/>
                <w:sz w:val="21"/>
                <w:szCs w:val="21"/>
                <w:lang w:eastAsia="ja-JP"/>
              </w:rPr>
            </w:pPr>
            <w:bookmarkStart w:id="0" w:name="_GoBack"/>
            <w:bookmarkEnd w:id="0"/>
          </w:p>
        </w:tc>
        <w:tc>
          <w:tcPr>
            <w:tcW w:w="1414" w:type="dxa"/>
            <w:tcBorders>
              <w:top w:val="single" w:sz="2" w:space="0" w:color="auto"/>
              <w:left w:val="single" w:sz="2" w:space="0" w:color="auto"/>
              <w:bottom w:val="single" w:sz="4" w:space="0" w:color="auto"/>
              <w:right w:val="single" w:sz="2" w:space="0" w:color="auto"/>
            </w:tcBorders>
            <w:vAlign w:val="center"/>
          </w:tcPr>
          <w:p w14:paraId="2F431ADA" w14:textId="50A4B14C" w:rsidR="007355D2" w:rsidRDefault="007355D2" w:rsidP="0047736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男　 女</w:t>
            </w:r>
          </w:p>
        </w:tc>
        <w:tc>
          <w:tcPr>
            <w:tcW w:w="1481" w:type="dxa"/>
            <w:tcBorders>
              <w:top w:val="single" w:sz="2" w:space="0" w:color="auto"/>
              <w:left w:val="single" w:sz="2" w:space="0" w:color="auto"/>
              <w:bottom w:val="single" w:sz="4" w:space="0" w:color="auto"/>
            </w:tcBorders>
            <w:vAlign w:val="center"/>
          </w:tcPr>
          <w:p w14:paraId="46E69513" w14:textId="38A9F7D4" w:rsidR="007355D2" w:rsidRDefault="007355D2" w:rsidP="005215C6">
            <w:pPr>
              <w:jc w:val="center"/>
              <w:rPr>
                <w:rFonts w:ascii="ＭＳ Ｐゴシック" w:eastAsia="ＭＳ Ｐゴシック" w:hAnsi="ＭＳ Ｐゴシック"/>
                <w:sz w:val="21"/>
                <w:szCs w:val="21"/>
                <w:lang w:eastAsia="ja-JP"/>
              </w:rPr>
            </w:pPr>
          </w:p>
        </w:tc>
      </w:tr>
      <w:tr w:rsidR="007355D2" w14:paraId="03DC3F20" w14:textId="77777777" w:rsidTr="00627E8F">
        <w:trPr>
          <w:trHeight w:val="517"/>
        </w:trPr>
        <w:tc>
          <w:tcPr>
            <w:tcW w:w="1367" w:type="dxa"/>
            <w:tcBorders>
              <w:top w:val="single" w:sz="4" w:space="0" w:color="auto"/>
              <w:bottom w:val="single" w:sz="2" w:space="0" w:color="auto"/>
              <w:right w:val="single" w:sz="2" w:space="0" w:color="auto"/>
            </w:tcBorders>
            <w:vAlign w:val="center"/>
          </w:tcPr>
          <w:p w14:paraId="0594468B" w14:textId="7B77160C" w:rsidR="007355D2" w:rsidRPr="00802ECD" w:rsidRDefault="007355D2" w:rsidP="00E419C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生年月日</w:t>
            </w:r>
          </w:p>
        </w:tc>
        <w:tc>
          <w:tcPr>
            <w:tcW w:w="9123" w:type="dxa"/>
            <w:gridSpan w:val="6"/>
            <w:tcBorders>
              <w:top w:val="single" w:sz="4" w:space="0" w:color="auto"/>
              <w:left w:val="single" w:sz="2" w:space="0" w:color="auto"/>
              <w:bottom w:val="single" w:sz="2" w:space="0" w:color="auto"/>
            </w:tcBorders>
            <w:vAlign w:val="center"/>
          </w:tcPr>
          <w:p w14:paraId="2462F84C" w14:textId="52B5916C" w:rsidR="007355D2" w:rsidRDefault="007355D2" w:rsidP="00627E8F">
            <w:pPr>
              <w:ind w:firstLineChars="50" w:firstLine="105"/>
              <w:jc w:val="center"/>
              <w:rPr>
                <w:rFonts w:ascii="ＭＳ Ｐゴシック" w:eastAsia="ＭＳ Ｐゴシック" w:hAnsi="ＭＳ Ｐゴシック"/>
                <w:sz w:val="21"/>
                <w:szCs w:val="21"/>
                <w:lang w:eastAsia="ja-JP"/>
              </w:rPr>
            </w:pPr>
            <w:r w:rsidRPr="00891E4A">
              <w:rPr>
                <w:rFonts w:ascii="ＭＳ Ｐゴシック" w:eastAsia="ＭＳ Ｐゴシック" w:hAnsi="ＭＳ Ｐゴシック"/>
                <w:sz w:val="21"/>
                <w:szCs w:val="21"/>
                <w:lang w:eastAsia="ja-JP"/>
              </w:rPr>
              <w:t>大</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昭</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平</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令</w:t>
            </w:r>
            <w:r w:rsidR="00A409AD">
              <w:rPr>
                <w:rFonts w:ascii="ＭＳ Ｐゴシック" w:eastAsia="ＭＳ Ｐゴシック" w:hAnsi="ＭＳ Ｐゴシック" w:hint="eastAsia"/>
                <w:sz w:val="21"/>
                <w:szCs w:val="21"/>
                <w:lang w:eastAsia="ja-JP"/>
              </w:rPr>
              <w:t xml:space="preserve">　　西暦</w:t>
            </w:r>
            <w:r>
              <w:rPr>
                <w:rFonts w:ascii="ＭＳ Ｐゴシック" w:eastAsia="ＭＳ Ｐゴシック" w:hAnsi="ＭＳ Ｐゴシック" w:hint="eastAsia"/>
                <w:sz w:val="21"/>
                <w:szCs w:val="21"/>
                <w:lang w:eastAsia="ja-JP"/>
              </w:rPr>
              <w:t xml:space="preserve">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年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月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日　　</w:t>
            </w:r>
            <w:r w:rsidR="00A409AD">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歳）</w:t>
            </w:r>
          </w:p>
        </w:tc>
      </w:tr>
      <w:tr w:rsidR="007D0E96" w14:paraId="2BCAB2D1" w14:textId="77777777" w:rsidTr="00627E8F">
        <w:trPr>
          <w:trHeight w:val="785"/>
        </w:trPr>
        <w:tc>
          <w:tcPr>
            <w:tcW w:w="1367" w:type="dxa"/>
            <w:tcBorders>
              <w:top w:val="single" w:sz="2" w:space="0" w:color="auto"/>
              <w:bottom w:val="single" w:sz="2" w:space="0" w:color="auto"/>
              <w:right w:val="single" w:sz="2" w:space="0" w:color="auto"/>
            </w:tcBorders>
            <w:vAlign w:val="center"/>
          </w:tcPr>
          <w:p w14:paraId="53C86F0D" w14:textId="5A000F15" w:rsidR="007D0E96" w:rsidRDefault="007D0E96" w:rsidP="00E419CB">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住　所</w:t>
            </w:r>
          </w:p>
        </w:tc>
        <w:tc>
          <w:tcPr>
            <w:tcW w:w="9123" w:type="dxa"/>
            <w:gridSpan w:val="6"/>
            <w:tcBorders>
              <w:top w:val="single" w:sz="2" w:space="0" w:color="auto"/>
              <w:left w:val="single" w:sz="2" w:space="0" w:color="auto"/>
              <w:bottom w:val="single" w:sz="2" w:space="0" w:color="auto"/>
            </w:tcBorders>
            <w:vAlign w:val="center"/>
          </w:tcPr>
          <w:p w14:paraId="67F132C6" w14:textId="77777777" w:rsidR="007D0E96" w:rsidRDefault="00891E4A" w:rsidP="0047736B">
            <w:pPr>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　　　　-</w:t>
            </w:r>
          </w:p>
          <w:p w14:paraId="29333025" w14:textId="0E7F41EA" w:rsidR="00891E4A" w:rsidRDefault="00891E4A" w:rsidP="0047736B">
            <w:pPr>
              <w:jc w:val="both"/>
              <w:rPr>
                <w:rFonts w:ascii="ＭＳ Ｐゴシック" w:eastAsia="ＭＳ Ｐゴシック" w:hAnsi="ＭＳ Ｐゴシック"/>
                <w:sz w:val="21"/>
                <w:szCs w:val="21"/>
                <w:lang w:eastAsia="ja-JP"/>
              </w:rPr>
            </w:pPr>
          </w:p>
        </w:tc>
      </w:tr>
      <w:tr w:rsidR="007D0E96" w14:paraId="450B153A" w14:textId="77777777" w:rsidTr="00627E8F">
        <w:trPr>
          <w:trHeight w:val="479"/>
        </w:trPr>
        <w:tc>
          <w:tcPr>
            <w:tcW w:w="1367" w:type="dxa"/>
            <w:tcBorders>
              <w:top w:val="single" w:sz="2" w:space="0" w:color="auto"/>
              <w:bottom w:val="single" w:sz="2" w:space="0" w:color="auto"/>
              <w:right w:val="single" w:sz="2" w:space="0" w:color="auto"/>
            </w:tcBorders>
            <w:vAlign w:val="center"/>
          </w:tcPr>
          <w:p w14:paraId="1A3AB852" w14:textId="161A1BB9" w:rsidR="007D0E96" w:rsidRDefault="00891E4A" w:rsidP="00E419C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自宅番号</w:t>
            </w:r>
          </w:p>
        </w:tc>
        <w:tc>
          <w:tcPr>
            <w:tcW w:w="3870" w:type="dxa"/>
            <w:tcBorders>
              <w:top w:val="single" w:sz="2" w:space="0" w:color="auto"/>
              <w:left w:val="single" w:sz="2" w:space="0" w:color="auto"/>
              <w:bottom w:val="single" w:sz="2" w:space="0" w:color="auto"/>
              <w:right w:val="single" w:sz="2" w:space="0" w:color="auto"/>
            </w:tcBorders>
            <w:vAlign w:val="center"/>
          </w:tcPr>
          <w:p w14:paraId="64FB88BB" w14:textId="77777777" w:rsidR="007D0E96" w:rsidRDefault="007D0E96" w:rsidP="0047736B">
            <w:pPr>
              <w:jc w:val="both"/>
              <w:rPr>
                <w:rFonts w:ascii="ＭＳ Ｐゴシック" w:eastAsia="ＭＳ Ｐゴシック" w:hAnsi="ＭＳ Ｐゴシック"/>
                <w:sz w:val="21"/>
                <w:szCs w:val="21"/>
                <w:lang w:eastAsia="ja-JP"/>
              </w:rPr>
            </w:pPr>
          </w:p>
        </w:tc>
        <w:tc>
          <w:tcPr>
            <w:tcW w:w="1121" w:type="dxa"/>
            <w:gridSpan w:val="2"/>
            <w:tcBorders>
              <w:top w:val="single" w:sz="2" w:space="0" w:color="auto"/>
              <w:left w:val="single" w:sz="2" w:space="0" w:color="auto"/>
              <w:bottom w:val="single" w:sz="2" w:space="0" w:color="auto"/>
              <w:right w:val="single" w:sz="2" w:space="0" w:color="auto"/>
            </w:tcBorders>
            <w:vAlign w:val="center"/>
          </w:tcPr>
          <w:p w14:paraId="20B968BE" w14:textId="6948A5F9" w:rsidR="007D0E96" w:rsidRDefault="007D0E96" w:rsidP="0047736B">
            <w:pPr>
              <w:jc w:val="both"/>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携帯電話</w:t>
            </w:r>
          </w:p>
        </w:tc>
        <w:tc>
          <w:tcPr>
            <w:tcW w:w="4132" w:type="dxa"/>
            <w:gridSpan w:val="3"/>
            <w:tcBorders>
              <w:top w:val="single" w:sz="2" w:space="0" w:color="auto"/>
              <w:left w:val="single" w:sz="2" w:space="0" w:color="auto"/>
              <w:bottom w:val="single" w:sz="2" w:space="0" w:color="auto"/>
            </w:tcBorders>
            <w:vAlign w:val="center"/>
          </w:tcPr>
          <w:p w14:paraId="03F40FB4" w14:textId="77777777" w:rsidR="007D0E96" w:rsidRDefault="007D0E96" w:rsidP="0047736B">
            <w:pPr>
              <w:jc w:val="both"/>
              <w:rPr>
                <w:rFonts w:ascii="ＭＳ Ｐゴシック" w:eastAsia="ＭＳ Ｐゴシック" w:hAnsi="ＭＳ Ｐゴシック"/>
                <w:sz w:val="21"/>
                <w:szCs w:val="21"/>
                <w:lang w:eastAsia="ja-JP"/>
              </w:rPr>
            </w:pPr>
          </w:p>
        </w:tc>
      </w:tr>
      <w:tr w:rsidR="00802ECD" w14:paraId="29B4C76A" w14:textId="77777777" w:rsidTr="00627E8F">
        <w:trPr>
          <w:trHeight w:val="704"/>
        </w:trPr>
        <w:tc>
          <w:tcPr>
            <w:tcW w:w="1367" w:type="dxa"/>
            <w:tcBorders>
              <w:top w:val="single" w:sz="2" w:space="0" w:color="auto"/>
              <w:bottom w:val="single" w:sz="2" w:space="0" w:color="auto"/>
              <w:right w:val="single" w:sz="2" w:space="0" w:color="auto"/>
            </w:tcBorders>
            <w:vAlign w:val="center"/>
          </w:tcPr>
          <w:p w14:paraId="4C1231FB" w14:textId="1A51C794" w:rsidR="00802ECD" w:rsidRPr="00802ECD" w:rsidRDefault="00FA666B" w:rsidP="00E419CB">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診療情報</w:t>
            </w:r>
          </w:p>
        </w:tc>
        <w:tc>
          <w:tcPr>
            <w:tcW w:w="9123" w:type="dxa"/>
            <w:gridSpan w:val="6"/>
            <w:tcBorders>
              <w:top w:val="single" w:sz="2" w:space="0" w:color="auto"/>
              <w:left w:val="single" w:sz="2" w:space="0" w:color="auto"/>
              <w:bottom w:val="single" w:sz="2" w:space="0" w:color="auto"/>
            </w:tcBorders>
            <w:vAlign w:val="center"/>
          </w:tcPr>
          <w:p w14:paraId="1A1DA3E8" w14:textId="77777777" w:rsidR="00B70F36" w:rsidRPr="00B70F36" w:rsidRDefault="00B70F36" w:rsidP="00B70F36">
            <w:pPr>
              <w:jc w:val="both"/>
              <w:rPr>
                <w:rFonts w:ascii="ＭＳ Ｐゴシック" w:eastAsia="ＭＳ Ｐゴシック" w:hAnsi="ＭＳ Ｐゴシック"/>
                <w:sz w:val="21"/>
                <w:szCs w:val="21"/>
                <w:lang w:eastAsia="ja-JP"/>
              </w:rPr>
            </w:pPr>
            <w:r w:rsidRPr="00B70F36">
              <w:rPr>
                <w:rFonts w:ascii="ＭＳ Ｐゴシック" w:eastAsia="ＭＳ Ｐゴシック" w:hAnsi="ＭＳ Ｐゴシック" w:hint="eastAsia"/>
                <w:sz w:val="21"/>
                <w:szCs w:val="21"/>
                <w:lang w:eastAsia="ja-JP"/>
              </w:rPr>
              <w:t>※必ず貴院の診療情報提供書と併せて</w:t>
            </w:r>
            <w:r w:rsidRPr="00B70F36">
              <w:rPr>
                <w:rFonts w:ascii="ＭＳ Ｐゴシック" w:eastAsia="ＭＳ Ｐゴシック" w:hAnsi="ＭＳ Ｐゴシック"/>
                <w:sz w:val="21"/>
                <w:szCs w:val="21"/>
                <w:lang w:eastAsia="ja-JP"/>
              </w:rPr>
              <w:t>FAX</w:t>
            </w:r>
            <w:r w:rsidRPr="00B70F36">
              <w:rPr>
                <w:rFonts w:ascii="ＭＳ Ｐゴシック" w:eastAsia="ＭＳ Ｐゴシック" w:hAnsi="ＭＳ Ｐゴシック" w:hint="eastAsia"/>
                <w:sz w:val="21"/>
                <w:szCs w:val="21"/>
                <w:lang w:eastAsia="ja-JP"/>
              </w:rPr>
              <w:t>で送信してください。</w:t>
            </w:r>
          </w:p>
          <w:p w14:paraId="030674A0" w14:textId="45BD8EC5" w:rsidR="00802ECD" w:rsidRDefault="00B70F36" w:rsidP="00B70F36">
            <w:pPr>
              <w:jc w:val="both"/>
              <w:rPr>
                <w:rFonts w:ascii="ＭＳ Ｐゴシック" w:eastAsia="ＭＳ Ｐゴシック" w:hAnsi="ＭＳ Ｐゴシック"/>
                <w:sz w:val="21"/>
                <w:szCs w:val="21"/>
                <w:lang w:eastAsia="ja-JP"/>
              </w:rPr>
            </w:pPr>
            <w:r w:rsidRPr="00B70F36">
              <w:rPr>
                <w:rFonts w:ascii="ＭＳ Ｐゴシック" w:eastAsia="ＭＳ Ｐゴシック" w:hAnsi="ＭＳ Ｐゴシック" w:hint="eastAsia"/>
                <w:sz w:val="21"/>
                <w:szCs w:val="21"/>
                <w:lang w:eastAsia="ja-JP"/>
              </w:rPr>
              <w:t>※診療情報提供書の原本は</w:t>
            </w:r>
            <w:r w:rsidR="000618B6">
              <w:rPr>
                <w:rFonts w:ascii="ＭＳ Ｐゴシック" w:eastAsia="ＭＳ Ｐゴシック" w:hAnsi="ＭＳ Ｐゴシック" w:hint="eastAsia"/>
                <w:sz w:val="21"/>
                <w:szCs w:val="21"/>
                <w:lang w:eastAsia="ja-JP"/>
              </w:rPr>
              <w:t>患者さんにお渡しのうえ、受診</w:t>
            </w:r>
            <w:r w:rsidR="000618B6" w:rsidRPr="000618B6">
              <w:rPr>
                <w:rFonts w:ascii="ＭＳ Ｐゴシック" w:eastAsia="ＭＳ Ｐゴシック" w:hAnsi="ＭＳ Ｐゴシック" w:hint="eastAsia"/>
                <w:sz w:val="21"/>
                <w:szCs w:val="21"/>
                <w:lang w:eastAsia="ja-JP"/>
              </w:rPr>
              <w:t>当日にご持参いただくようご案内ください。</w:t>
            </w:r>
          </w:p>
        </w:tc>
      </w:tr>
      <w:tr w:rsidR="00226FEB" w14:paraId="42C6EDBC" w14:textId="77777777" w:rsidTr="00627E8F">
        <w:trPr>
          <w:trHeight w:val="476"/>
        </w:trPr>
        <w:tc>
          <w:tcPr>
            <w:tcW w:w="1367" w:type="dxa"/>
            <w:tcBorders>
              <w:top w:val="single" w:sz="2" w:space="0" w:color="auto"/>
              <w:bottom w:val="single" w:sz="2" w:space="0" w:color="auto"/>
              <w:right w:val="single" w:sz="2" w:space="0" w:color="auto"/>
            </w:tcBorders>
            <w:vAlign w:val="center"/>
          </w:tcPr>
          <w:p w14:paraId="5747245D" w14:textId="47112430" w:rsidR="00226FEB" w:rsidRPr="00802ECD" w:rsidRDefault="00226FEB" w:rsidP="00E419CB">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持参資料</w:t>
            </w:r>
          </w:p>
        </w:tc>
        <w:tc>
          <w:tcPr>
            <w:tcW w:w="9123" w:type="dxa"/>
            <w:gridSpan w:val="6"/>
            <w:tcBorders>
              <w:top w:val="single" w:sz="2" w:space="0" w:color="auto"/>
              <w:left w:val="single" w:sz="2" w:space="0" w:color="auto"/>
              <w:bottom w:val="single" w:sz="2" w:space="0" w:color="auto"/>
            </w:tcBorders>
            <w:vAlign w:val="center"/>
          </w:tcPr>
          <w:p w14:paraId="2850E752" w14:textId="016C03CD" w:rsidR="00226FEB" w:rsidRDefault="00FA3846" w:rsidP="00226FEB">
            <w:pPr>
              <w:rPr>
                <w:rFonts w:ascii="ＭＳ Ｐゴシック" w:eastAsia="ＭＳ Ｐゴシック" w:hAnsi="ＭＳ Ｐゴシック"/>
                <w:sz w:val="21"/>
                <w:szCs w:val="21"/>
                <w:lang w:eastAsia="ja-JP"/>
              </w:rPr>
            </w:pPr>
            <w:sdt>
              <w:sdtPr>
                <w:rPr>
                  <w:rFonts w:ascii="ＭＳ Ｐゴシック" w:eastAsia="ＭＳ Ｐゴシック" w:hAnsi="ＭＳ Ｐゴシック"/>
                  <w:sz w:val="21"/>
                  <w:szCs w:val="21"/>
                  <w:lang w:eastAsia="ja-JP"/>
                </w:rPr>
                <w:id w:val="1366479070"/>
                <w14:checkbox>
                  <w14:checked w14:val="0"/>
                  <w14:checkedState w14:val="0052" w14:font="Wingdings 2"/>
                  <w14:uncheckedState w14:val="2610" w14:font="ＭＳ ゴシック"/>
                </w14:checkbox>
              </w:sdtPr>
              <w:sdtEndPr/>
              <w:sdtContent>
                <w:r w:rsidR="00C935F2">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血液検査</w:t>
            </w:r>
            <w:r w:rsidR="00226FEB">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727122280"/>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 xml:space="preserve"> X線</w:t>
            </w:r>
            <w:r w:rsidR="00226FEB">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1288012200"/>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 xml:space="preserve"> CT</w:t>
            </w:r>
            <w:r w:rsidR="00226FEB">
              <w:rPr>
                <w:rFonts w:ascii="ＭＳ Ｐゴシック" w:eastAsia="ＭＳ Ｐゴシック" w:hAnsi="ＭＳ Ｐゴシック" w:hint="eastAsia"/>
                <w:sz w:val="21"/>
                <w:szCs w:val="21"/>
                <w:lang w:eastAsia="ja-JP"/>
              </w:rPr>
              <w:t xml:space="preserve">　</w:t>
            </w:r>
            <w:r w:rsidR="00226FEB">
              <w:rPr>
                <w:rFonts w:ascii="ＭＳ Ｐゴシック" w:eastAsia="ＭＳ Ｐゴシック" w:hAnsi="ＭＳ Ｐゴシック"/>
                <w:sz w:val="21"/>
                <w:szCs w:val="21"/>
                <w:lang w:eastAsia="ja-JP"/>
              </w:rPr>
              <w:t xml:space="preserve"> </w:t>
            </w:r>
            <w:sdt>
              <w:sdtPr>
                <w:rPr>
                  <w:rFonts w:ascii="ＭＳ Ｐゴシック" w:eastAsia="ＭＳ Ｐゴシック" w:hAnsi="ＭＳ Ｐゴシック"/>
                  <w:sz w:val="21"/>
                  <w:szCs w:val="21"/>
                  <w:lang w:eastAsia="ja-JP"/>
                </w:rPr>
                <w:id w:val="1956063797"/>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 xml:space="preserve"> MRI</w:t>
            </w:r>
            <w:r w:rsidR="00226FEB">
              <w:rPr>
                <w:rFonts w:ascii="ＭＳ Ｐゴシック" w:eastAsia="ＭＳ Ｐゴシック" w:hAnsi="ＭＳ Ｐゴシック" w:hint="eastAsia"/>
                <w:sz w:val="21"/>
                <w:szCs w:val="21"/>
                <w:lang w:eastAsia="ja-JP"/>
              </w:rPr>
              <w:t xml:space="preserve">　</w:t>
            </w:r>
            <w:r w:rsidR="00226FEB">
              <w:rPr>
                <w:rFonts w:ascii="ＭＳ Ｐゴシック" w:eastAsia="ＭＳ Ｐゴシック" w:hAnsi="ＭＳ Ｐゴシック"/>
                <w:sz w:val="21"/>
                <w:szCs w:val="21"/>
                <w:lang w:eastAsia="ja-JP"/>
              </w:rPr>
              <w:t xml:space="preserve"> </w:t>
            </w:r>
            <w:sdt>
              <w:sdtPr>
                <w:rPr>
                  <w:rFonts w:ascii="ＭＳ Ｐゴシック" w:eastAsia="ＭＳ Ｐゴシック" w:hAnsi="ＭＳ Ｐゴシック"/>
                  <w:sz w:val="21"/>
                  <w:szCs w:val="21"/>
                  <w:lang w:eastAsia="ja-JP"/>
                </w:rPr>
                <w:id w:val="2143074404"/>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内視鏡</w:t>
            </w:r>
            <w:r w:rsidR="00226FEB">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1271816949"/>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47736B">
              <w:rPr>
                <w:rFonts w:ascii="ＭＳ Ｐゴシック" w:eastAsia="ＭＳ Ｐゴシック" w:hAnsi="ＭＳ Ｐゴシック"/>
                <w:sz w:val="21"/>
                <w:szCs w:val="21"/>
                <w:lang w:eastAsia="ja-JP"/>
              </w:rPr>
              <w:t>心電図</w:t>
            </w:r>
          </w:p>
        </w:tc>
      </w:tr>
      <w:tr w:rsidR="00F07801" w14:paraId="4593C331" w14:textId="77777777" w:rsidTr="00627E8F">
        <w:trPr>
          <w:trHeight w:val="476"/>
        </w:trPr>
        <w:tc>
          <w:tcPr>
            <w:tcW w:w="1367" w:type="dxa"/>
            <w:tcBorders>
              <w:top w:val="single" w:sz="2" w:space="0" w:color="auto"/>
              <w:bottom w:val="single" w:sz="2" w:space="0" w:color="auto"/>
              <w:right w:val="single" w:sz="2" w:space="0" w:color="auto"/>
            </w:tcBorders>
            <w:vAlign w:val="center"/>
          </w:tcPr>
          <w:p w14:paraId="55A6D18F" w14:textId="35913B5C" w:rsidR="00F07801" w:rsidRPr="00802ECD" w:rsidRDefault="00F07801" w:rsidP="00E419CB">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貴院の状況</w:t>
            </w:r>
          </w:p>
        </w:tc>
        <w:tc>
          <w:tcPr>
            <w:tcW w:w="9123" w:type="dxa"/>
            <w:gridSpan w:val="6"/>
            <w:tcBorders>
              <w:top w:val="single" w:sz="2" w:space="0" w:color="auto"/>
              <w:left w:val="single" w:sz="2" w:space="0" w:color="auto"/>
              <w:bottom w:val="single" w:sz="2" w:space="0" w:color="auto"/>
            </w:tcBorders>
            <w:vAlign w:val="center"/>
          </w:tcPr>
          <w:p w14:paraId="08587BD8" w14:textId="38423BB3" w:rsidR="00F07801" w:rsidRDefault="00FA3846" w:rsidP="00F07801">
            <w:pPr>
              <w:rPr>
                <w:rFonts w:ascii="ＭＳ Ｐゴシック" w:eastAsia="ＭＳ Ｐゴシック" w:hAnsi="ＭＳ Ｐゴシック"/>
                <w:sz w:val="21"/>
                <w:szCs w:val="21"/>
                <w:lang w:eastAsia="ja-JP"/>
              </w:rPr>
            </w:pPr>
            <w:sdt>
              <w:sdtPr>
                <w:rPr>
                  <w:rFonts w:ascii="ＭＳ Ｐゴシック" w:eastAsia="ＭＳ Ｐゴシック" w:hAnsi="ＭＳ Ｐゴシック"/>
                  <w:sz w:val="21"/>
                  <w:szCs w:val="21"/>
                  <w:lang w:eastAsia="ja-JP"/>
                </w:rPr>
                <w:id w:val="931853409"/>
                <w14:checkbox>
                  <w14:checked w14:val="0"/>
                  <w14:checkedState w14:val="0052" w14:font="Wingdings 2"/>
                  <w14:uncheckedState w14:val="2610" w14:font="ＭＳ ゴシック"/>
                </w14:checkbox>
              </w:sdtPr>
              <w:sdtEndPr/>
              <w:sdtContent>
                <w:r w:rsidR="00F07801">
                  <w:rPr>
                    <w:rFonts w:ascii="ＭＳ ゴシック" w:eastAsia="ＭＳ ゴシック" w:hAnsi="ＭＳ ゴシック" w:hint="eastAsia"/>
                    <w:sz w:val="21"/>
                    <w:szCs w:val="21"/>
                    <w:lang w:eastAsia="ja-JP"/>
                  </w:rPr>
                  <w:t>☐</w:t>
                </w:r>
              </w:sdtContent>
            </w:sdt>
            <w:r w:rsidR="00F07801" w:rsidRPr="007D0E96">
              <w:rPr>
                <w:rFonts w:ascii="ＭＳ Ｐゴシック" w:eastAsia="ＭＳ Ｐゴシック" w:hAnsi="ＭＳ Ｐゴシック"/>
                <w:sz w:val="21"/>
                <w:szCs w:val="21"/>
                <w:lang w:eastAsia="ja-JP"/>
              </w:rPr>
              <w:t>通院中</w:t>
            </w:r>
            <w:r w:rsidR="00F07801">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1337884900"/>
                <w14:checkbox>
                  <w14:checked w14:val="0"/>
                  <w14:checkedState w14:val="0052" w14:font="Wingdings 2"/>
                  <w14:uncheckedState w14:val="2610" w14:font="ＭＳ ゴシック"/>
                </w14:checkbox>
              </w:sdtPr>
              <w:sdtEndPr/>
              <w:sdtContent>
                <w:r w:rsidR="00F07801">
                  <w:rPr>
                    <w:rFonts w:ascii="ＭＳ ゴシック" w:eastAsia="ＭＳ ゴシック" w:hAnsi="ＭＳ ゴシック" w:hint="eastAsia"/>
                    <w:sz w:val="21"/>
                    <w:szCs w:val="21"/>
                    <w:lang w:eastAsia="ja-JP"/>
                  </w:rPr>
                  <w:t>☐</w:t>
                </w:r>
              </w:sdtContent>
            </w:sdt>
            <w:r w:rsidR="00F07801" w:rsidRPr="007D0E96">
              <w:rPr>
                <w:rFonts w:ascii="ＭＳ Ｐゴシック" w:eastAsia="ＭＳ Ｐゴシック" w:hAnsi="ＭＳ Ｐゴシック"/>
                <w:sz w:val="21"/>
                <w:szCs w:val="21"/>
                <w:lang w:eastAsia="ja-JP"/>
              </w:rPr>
              <w:t xml:space="preserve">入院中（退院予定日：　</w:t>
            </w:r>
            <w:r w:rsidR="00F07801">
              <w:rPr>
                <w:rFonts w:ascii="ＭＳ Ｐゴシック" w:eastAsia="ＭＳ Ｐゴシック" w:hAnsi="ＭＳ Ｐゴシック" w:hint="eastAsia"/>
                <w:sz w:val="21"/>
                <w:szCs w:val="21"/>
                <w:lang w:eastAsia="ja-JP"/>
              </w:rPr>
              <w:t xml:space="preserve">　</w:t>
            </w:r>
            <w:r w:rsidR="00F07801" w:rsidRPr="007D0E96">
              <w:rPr>
                <w:rFonts w:ascii="ＭＳ Ｐゴシック" w:eastAsia="ＭＳ Ｐゴシック" w:hAnsi="ＭＳ Ｐゴシック"/>
                <w:sz w:val="21"/>
                <w:szCs w:val="21"/>
                <w:lang w:eastAsia="ja-JP"/>
              </w:rPr>
              <w:t xml:space="preserve">　　</w:t>
            </w:r>
            <w:r w:rsidR="00F07801">
              <w:rPr>
                <w:rFonts w:ascii="ＭＳ Ｐゴシック" w:eastAsia="ＭＳ Ｐゴシック" w:hAnsi="ＭＳ Ｐゴシック" w:hint="eastAsia"/>
                <w:sz w:val="21"/>
                <w:szCs w:val="21"/>
                <w:lang w:eastAsia="ja-JP"/>
              </w:rPr>
              <w:t xml:space="preserve">　　　　　　　　　</w:t>
            </w:r>
            <w:r w:rsidR="00F07801" w:rsidRPr="007D0E96">
              <w:rPr>
                <w:rFonts w:ascii="ＭＳ Ｐゴシック" w:eastAsia="ＭＳ Ｐゴシック" w:hAnsi="ＭＳ Ｐゴシック"/>
                <w:sz w:val="21"/>
                <w:szCs w:val="21"/>
                <w:lang w:eastAsia="ja-JP"/>
              </w:rPr>
              <w:t xml:space="preserve">　　</w:t>
            </w:r>
            <w:r w:rsidR="00F07801">
              <w:rPr>
                <w:rFonts w:ascii="ＭＳ Ｐゴシック" w:eastAsia="ＭＳ Ｐゴシック" w:hAnsi="ＭＳ Ｐゴシック" w:hint="eastAsia"/>
                <w:sz w:val="21"/>
                <w:szCs w:val="21"/>
                <w:lang w:eastAsia="ja-JP"/>
              </w:rPr>
              <w:t xml:space="preserve">　</w:t>
            </w:r>
            <w:r w:rsidR="00F07801" w:rsidRPr="007D0E96">
              <w:rPr>
                <w:rFonts w:ascii="ＭＳ Ｐゴシック" w:eastAsia="ＭＳ Ｐゴシック" w:hAnsi="ＭＳ Ｐゴシック"/>
                <w:sz w:val="21"/>
                <w:szCs w:val="21"/>
                <w:lang w:eastAsia="ja-JP"/>
              </w:rPr>
              <w:t>）</w:t>
            </w:r>
            <w:r w:rsidR="00F07801">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1320417412"/>
                <w14:checkbox>
                  <w14:checked w14:val="0"/>
                  <w14:checkedState w14:val="0052" w14:font="Wingdings 2"/>
                  <w14:uncheckedState w14:val="2610" w14:font="ＭＳ ゴシック"/>
                </w14:checkbox>
              </w:sdtPr>
              <w:sdtEndPr/>
              <w:sdtContent>
                <w:r w:rsidR="00F07801">
                  <w:rPr>
                    <w:rFonts w:ascii="ＭＳ ゴシック" w:eastAsia="ＭＳ ゴシック" w:hAnsi="ＭＳ ゴシック" w:hint="eastAsia"/>
                    <w:sz w:val="21"/>
                    <w:szCs w:val="21"/>
                    <w:lang w:eastAsia="ja-JP"/>
                  </w:rPr>
                  <w:t>☐</w:t>
                </w:r>
              </w:sdtContent>
            </w:sdt>
            <w:r w:rsidR="00F07801" w:rsidRPr="007D0E96">
              <w:rPr>
                <w:rFonts w:ascii="ＭＳ Ｐゴシック" w:eastAsia="ＭＳ Ｐゴシック" w:hAnsi="ＭＳ Ｐゴシック"/>
                <w:sz w:val="21"/>
                <w:szCs w:val="21"/>
                <w:lang w:eastAsia="ja-JP"/>
              </w:rPr>
              <w:t>施設入所中</w:t>
            </w:r>
          </w:p>
        </w:tc>
      </w:tr>
      <w:tr w:rsidR="00226FEB" w14:paraId="5F9B5E63" w14:textId="77777777" w:rsidTr="00627E8F">
        <w:trPr>
          <w:trHeight w:val="476"/>
        </w:trPr>
        <w:tc>
          <w:tcPr>
            <w:tcW w:w="1367" w:type="dxa"/>
            <w:tcBorders>
              <w:top w:val="single" w:sz="2" w:space="0" w:color="auto"/>
              <w:bottom w:val="single" w:sz="2" w:space="0" w:color="auto"/>
              <w:right w:val="single" w:sz="2" w:space="0" w:color="auto"/>
            </w:tcBorders>
            <w:vAlign w:val="center"/>
          </w:tcPr>
          <w:p w14:paraId="5275216D" w14:textId="6104F711" w:rsidR="00226FEB" w:rsidRPr="00802ECD" w:rsidRDefault="00226FEB" w:rsidP="00E419CB">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待ち状態</w:t>
            </w:r>
          </w:p>
        </w:tc>
        <w:tc>
          <w:tcPr>
            <w:tcW w:w="9123" w:type="dxa"/>
            <w:gridSpan w:val="6"/>
            <w:tcBorders>
              <w:top w:val="single" w:sz="2" w:space="0" w:color="auto"/>
              <w:left w:val="single" w:sz="2" w:space="0" w:color="auto"/>
              <w:bottom w:val="single" w:sz="2" w:space="0" w:color="auto"/>
            </w:tcBorders>
            <w:vAlign w:val="center"/>
          </w:tcPr>
          <w:p w14:paraId="1C78C146" w14:textId="59F47327" w:rsidR="00226FEB" w:rsidRDefault="00FA3846" w:rsidP="0047736B">
            <w:pPr>
              <w:jc w:val="both"/>
              <w:rPr>
                <w:rFonts w:ascii="ＭＳ Ｐゴシック" w:eastAsia="ＭＳ Ｐゴシック" w:hAnsi="ＭＳ Ｐゴシック"/>
                <w:sz w:val="21"/>
                <w:szCs w:val="21"/>
                <w:lang w:eastAsia="ja-JP"/>
              </w:rPr>
            </w:pPr>
            <w:sdt>
              <w:sdtPr>
                <w:rPr>
                  <w:rFonts w:ascii="ＭＳ Ｐゴシック" w:eastAsia="ＭＳ Ｐゴシック" w:hAnsi="ＭＳ Ｐゴシック"/>
                  <w:sz w:val="21"/>
                  <w:szCs w:val="21"/>
                  <w:lang w:eastAsia="ja-JP"/>
                </w:rPr>
                <w:id w:val="-1297447833"/>
                <w14:checkbox>
                  <w14:checked w14:val="0"/>
                  <w14:checkedState w14:val="0052" w14:font="Wingdings 2"/>
                  <w14:uncheckedState w14:val="2610" w14:font="ＭＳ ゴシック"/>
                </w14:checkbox>
              </w:sdtPr>
              <w:sdtEndPr/>
              <w:sdtContent>
                <w:r w:rsidR="00EC38CB">
                  <w:rPr>
                    <w:rFonts w:ascii="ＭＳ ゴシック" w:eastAsia="ＭＳ ゴシック" w:hAnsi="ＭＳ ゴシック" w:hint="eastAsia"/>
                    <w:sz w:val="21"/>
                    <w:szCs w:val="21"/>
                    <w:lang w:eastAsia="ja-JP"/>
                  </w:rPr>
                  <w:t>☐</w:t>
                </w:r>
              </w:sdtContent>
            </w:sdt>
            <w:r w:rsidR="00226FEB" w:rsidRPr="007D0E96">
              <w:rPr>
                <w:rFonts w:ascii="ＭＳ Ｐゴシック" w:eastAsia="ＭＳ Ｐゴシック" w:hAnsi="ＭＳ Ｐゴシック"/>
                <w:sz w:val="21"/>
                <w:szCs w:val="21"/>
                <w:lang w:eastAsia="ja-JP"/>
              </w:rPr>
              <w:t>貴院で待機中</w:t>
            </w:r>
            <w:r w:rsidR="00226FEB">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923714132"/>
                <w14:checkbox>
                  <w14:checked w14:val="0"/>
                  <w14:checkedState w14:val="0052" w14:font="Wingdings 2"/>
                  <w14:uncheckedState w14:val="2610" w14:font="ＭＳ ゴシック"/>
                </w14:checkbox>
              </w:sdtPr>
              <w:sdtEndPr/>
              <w:sdtContent>
                <w:r w:rsidR="00226FEB">
                  <w:rPr>
                    <w:rFonts w:ascii="ＭＳ ゴシック" w:eastAsia="ＭＳ ゴシック" w:hAnsi="ＭＳ ゴシック" w:hint="eastAsia"/>
                    <w:sz w:val="21"/>
                    <w:szCs w:val="21"/>
                    <w:lang w:eastAsia="ja-JP"/>
                  </w:rPr>
                  <w:t>☐</w:t>
                </w:r>
              </w:sdtContent>
            </w:sdt>
            <w:r w:rsidR="00226FEB" w:rsidRPr="007D0E96">
              <w:rPr>
                <w:rFonts w:ascii="ＭＳ Ｐゴシック" w:eastAsia="ＭＳ Ｐゴシック" w:hAnsi="ＭＳ Ｐゴシック"/>
                <w:sz w:val="21"/>
                <w:szCs w:val="21"/>
                <w:lang w:eastAsia="ja-JP"/>
              </w:rPr>
              <w:t>帰宅済</w:t>
            </w:r>
          </w:p>
        </w:tc>
      </w:tr>
      <w:tr w:rsidR="00EC2D73" w14:paraId="00405EDD" w14:textId="77777777" w:rsidTr="00627E8F">
        <w:trPr>
          <w:trHeight w:val="476"/>
        </w:trPr>
        <w:tc>
          <w:tcPr>
            <w:tcW w:w="1367" w:type="dxa"/>
            <w:vMerge w:val="restart"/>
            <w:tcBorders>
              <w:top w:val="single" w:sz="2" w:space="0" w:color="auto"/>
              <w:bottom w:val="single" w:sz="2" w:space="0" w:color="auto"/>
              <w:right w:val="single" w:sz="2" w:space="0" w:color="auto"/>
            </w:tcBorders>
            <w:vAlign w:val="center"/>
          </w:tcPr>
          <w:p w14:paraId="50AA25C1" w14:textId="179EEA79" w:rsidR="00EC2D73" w:rsidRPr="00802ECD" w:rsidRDefault="00EC2D73" w:rsidP="00E419CB">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希望日</w:t>
            </w:r>
          </w:p>
        </w:tc>
        <w:tc>
          <w:tcPr>
            <w:tcW w:w="9123" w:type="dxa"/>
            <w:gridSpan w:val="6"/>
            <w:tcBorders>
              <w:top w:val="single" w:sz="2" w:space="0" w:color="auto"/>
              <w:left w:val="single" w:sz="2" w:space="0" w:color="auto"/>
              <w:bottom w:val="single" w:sz="2" w:space="0" w:color="auto"/>
            </w:tcBorders>
            <w:vAlign w:val="center"/>
          </w:tcPr>
          <w:p w14:paraId="78A58085" w14:textId="65D86FFF" w:rsidR="00EC2D73" w:rsidRDefault="00FA3846" w:rsidP="0047736B">
            <w:pPr>
              <w:jc w:val="both"/>
              <w:rPr>
                <w:rFonts w:ascii="ＭＳ Ｐゴシック" w:eastAsia="ＭＳ Ｐゴシック" w:hAnsi="ＭＳ Ｐゴシック"/>
                <w:sz w:val="21"/>
                <w:szCs w:val="21"/>
                <w:lang w:eastAsia="ja-JP"/>
              </w:rPr>
            </w:pPr>
            <w:sdt>
              <w:sdtPr>
                <w:rPr>
                  <w:rFonts w:ascii="ＭＳ Ｐゴシック" w:eastAsia="ＭＳ Ｐゴシック" w:hAnsi="ＭＳ Ｐゴシック"/>
                  <w:sz w:val="21"/>
                  <w:szCs w:val="21"/>
                  <w:lang w:eastAsia="ja-JP"/>
                </w:rPr>
                <w:id w:val="-1938349854"/>
                <w14:checkbox>
                  <w14:checked w14:val="0"/>
                  <w14:checkedState w14:val="0052" w14:font="Wingdings 2"/>
                  <w14:uncheckedState w14:val="2610" w14:font="ＭＳ ゴシック"/>
                </w14:checkbox>
              </w:sdtPr>
              <w:sdtEndPr/>
              <w:sdtContent>
                <w:r w:rsidR="00EC2D73">
                  <w:rPr>
                    <w:rFonts w:ascii="ＭＳ ゴシック" w:eastAsia="ＭＳ ゴシック" w:hAnsi="ＭＳ ゴシック" w:hint="eastAsia"/>
                    <w:sz w:val="21"/>
                    <w:szCs w:val="21"/>
                    <w:lang w:eastAsia="ja-JP"/>
                  </w:rPr>
                  <w:t>☐</w:t>
                </w:r>
              </w:sdtContent>
            </w:sdt>
            <w:r w:rsidR="00EC2D73" w:rsidRPr="0047736B">
              <w:rPr>
                <w:rFonts w:ascii="ＭＳ Ｐゴシック" w:eastAsia="ＭＳ Ｐゴシック" w:hAnsi="ＭＳ Ｐゴシック"/>
                <w:sz w:val="21"/>
                <w:szCs w:val="21"/>
                <w:lang w:eastAsia="ja-JP"/>
              </w:rPr>
              <w:t xml:space="preserve"> 3日以内</w:t>
            </w:r>
            <w:r w:rsidR="00EC2D73">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2011905798"/>
                <w14:checkbox>
                  <w14:checked w14:val="0"/>
                  <w14:checkedState w14:val="0052" w14:font="Wingdings 2"/>
                  <w14:uncheckedState w14:val="2610" w14:font="ＭＳ ゴシック"/>
                </w14:checkbox>
              </w:sdtPr>
              <w:sdtEndPr/>
              <w:sdtContent>
                <w:r w:rsidR="00EC2D73">
                  <w:rPr>
                    <w:rFonts w:ascii="ＭＳ ゴシック" w:eastAsia="ＭＳ ゴシック" w:hAnsi="ＭＳ ゴシック" w:hint="eastAsia"/>
                    <w:sz w:val="21"/>
                    <w:szCs w:val="21"/>
                    <w:lang w:eastAsia="ja-JP"/>
                  </w:rPr>
                  <w:t>☐</w:t>
                </w:r>
              </w:sdtContent>
            </w:sdt>
            <w:r w:rsidR="00EC2D73" w:rsidRPr="0047736B">
              <w:rPr>
                <w:rFonts w:ascii="ＭＳ Ｐゴシック" w:eastAsia="ＭＳ Ｐゴシック" w:hAnsi="ＭＳ Ｐゴシック"/>
                <w:sz w:val="21"/>
                <w:szCs w:val="21"/>
                <w:lang w:eastAsia="ja-JP"/>
              </w:rPr>
              <w:t xml:space="preserve"> 1週間以内</w:t>
            </w:r>
            <w:r w:rsidR="00EC2D73">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188066645"/>
                <w14:checkbox>
                  <w14:checked w14:val="0"/>
                  <w14:checkedState w14:val="0052" w14:font="Wingdings 2"/>
                  <w14:uncheckedState w14:val="2610" w14:font="ＭＳ ゴシック"/>
                </w14:checkbox>
              </w:sdtPr>
              <w:sdtEndPr/>
              <w:sdtContent>
                <w:r w:rsidR="00EC2D73">
                  <w:rPr>
                    <w:rFonts w:ascii="ＭＳ ゴシック" w:eastAsia="ＭＳ ゴシック" w:hAnsi="ＭＳ ゴシック" w:hint="eastAsia"/>
                    <w:sz w:val="21"/>
                    <w:szCs w:val="21"/>
                    <w:lang w:eastAsia="ja-JP"/>
                  </w:rPr>
                  <w:t>☐</w:t>
                </w:r>
              </w:sdtContent>
            </w:sdt>
            <w:r w:rsidR="00EC2D73" w:rsidRPr="0047736B">
              <w:rPr>
                <w:rFonts w:ascii="ＭＳ Ｐゴシック" w:eastAsia="ＭＳ Ｐゴシック" w:hAnsi="ＭＳ Ｐゴシック"/>
                <w:sz w:val="21"/>
                <w:szCs w:val="21"/>
                <w:lang w:eastAsia="ja-JP"/>
              </w:rPr>
              <w:t xml:space="preserve"> 2週間以内</w:t>
            </w:r>
            <w:r w:rsidR="00EC2D73">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741138772"/>
                <w14:checkbox>
                  <w14:checked w14:val="0"/>
                  <w14:checkedState w14:val="0052" w14:font="Wingdings 2"/>
                  <w14:uncheckedState w14:val="2610" w14:font="ＭＳ ゴシック"/>
                </w14:checkbox>
              </w:sdtPr>
              <w:sdtEndPr/>
              <w:sdtContent>
                <w:r w:rsidR="00EC2D73">
                  <w:rPr>
                    <w:rFonts w:ascii="ＭＳ ゴシック" w:eastAsia="ＭＳ ゴシック" w:hAnsi="ＭＳ ゴシック" w:hint="eastAsia"/>
                    <w:sz w:val="21"/>
                    <w:szCs w:val="21"/>
                    <w:lang w:eastAsia="ja-JP"/>
                  </w:rPr>
                  <w:t>☐</w:t>
                </w:r>
              </w:sdtContent>
            </w:sdt>
            <w:r w:rsidR="00EC2D73" w:rsidRPr="0047736B">
              <w:rPr>
                <w:rFonts w:ascii="ＭＳ Ｐゴシック" w:eastAsia="ＭＳ Ｐゴシック" w:hAnsi="ＭＳ Ｐゴシック"/>
                <w:sz w:val="21"/>
                <w:szCs w:val="21"/>
                <w:lang w:eastAsia="ja-JP"/>
              </w:rPr>
              <w:t xml:space="preserve"> 1ヶ月以内</w:t>
            </w:r>
            <w:r w:rsidR="00EC2D73">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sz w:val="21"/>
                  <w:szCs w:val="21"/>
                  <w:lang w:eastAsia="ja-JP"/>
                </w:rPr>
                <w:id w:val="-545374153"/>
                <w14:checkbox>
                  <w14:checked w14:val="0"/>
                  <w14:checkedState w14:val="0052" w14:font="Wingdings 2"/>
                  <w14:uncheckedState w14:val="2610" w14:font="ＭＳ ゴシック"/>
                </w14:checkbox>
              </w:sdtPr>
              <w:sdtEndPr/>
              <w:sdtContent>
                <w:r w:rsidR="00EC2D73">
                  <w:rPr>
                    <w:rFonts w:ascii="ＭＳ ゴシック" w:eastAsia="ＭＳ ゴシック" w:hAnsi="ＭＳ ゴシック" w:hint="eastAsia"/>
                    <w:sz w:val="21"/>
                    <w:szCs w:val="21"/>
                    <w:lang w:eastAsia="ja-JP"/>
                  </w:rPr>
                  <w:t>☐</w:t>
                </w:r>
              </w:sdtContent>
            </w:sdt>
            <w:r w:rsidR="00EC2D73" w:rsidRPr="0047736B">
              <w:rPr>
                <w:rFonts w:ascii="ＭＳ Ｐゴシック" w:eastAsia="ＭＳ Ｐゴシック" w:hAnsi="ＭＳ Ｐゴシック"/>
                <w:sz w:val="21"/>
                <w:szCs w:val="21"/>
                <w:lang w:eastAsia="ja-JP"/>
              </w:rPr>
              <w:t>いつでもよい</w:t>
            </w:r>
          </w:p>
        </w:tc>
      </w:tr>
      <w:tr w:rsidR="00EC2D73" w14:paraId="0922910D" w14:textId="77777777" w:rsidTr="00627E8F">
        <w:tc>
          <w:tcPr>
            <w:tcW w:w="1367" w:type="dxa"/>
            <w:vMerge/>
            <w:tcBorders>
              <w:top w:val="single" w:sz="2" w:space="0" w:color="auto"/>
              <w:bottom w:val="single" w:sz="2" w:space="0" w:color="auto"/>
              <w:right w:val="single" w:sz="2" w:space="0" w:color="auto"/>
            </w:tcBorders>
            <w:vAlign w:val="center"/>
          </w:tcPr>
          <w:p w14:paraId="011AAFC7" w14:textId="77777777" w:rsidR="00EC2D73" w:rsidRPr="00802ECD" w:rsidRDefault="00EC2D73" w:rsidP="0047736B">
            <w:pPr>
              <w:jc w:val="both"/>
              <w:rPr>
                <w:rFonts w:ascii="ＭＳ Ｐゴシック" w:eastAsia="ＭＳ Ｐゴシック" w:hAnsi="ＭＳ Ｐゴシック"/>
                <w:sz w:val="21"/>
                <w:szCs w:val="21"/>
                <w:lang w:eastAsia="ja-JP"/>
              </w:rPr>
            </w:pPr>
          </w:p>
        </w:tc>
        <w:tc>
          <w:tcPr>
            <w:tcW w:w="4521" w:type="dxa"/>
            <w:gridSpan w:val="2"/>
            <w:tcBorders>
              <w:top w:val="single" w:sz="2" w:space="0" w:color="auto"/>
              <w:left w:val="single" w:sz="2" w:space="0" w:color="auto"/>
              <w:bottom w:val="single" w:sz="2" w:space="0" w:color="auto"/>
              <w:right w:val="single" w:sz="2" w:space="0" w:color="auto"/>
            </w:tcBorders>
            <w:vAlign w:val="center"/>
          </w:tcPr>
          <w:p w14:paraId="6850B3F7" w14:textId="215A9F8E" w:rsidR="00EC2D73" w:rsidRDefault="00EC2D73" w:rsidP="00EC2D73">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受診希望日・曜日など</w:t>
            </w:r>
          </w:p>
        </w:tc>
        <w:tc>
          <w:tcPr>
            <w:tcW w:w="4602" w:type="dxa"/>
            <w:gridSpan w:val="4"/>
            <w:tcBorders>
              <w:top w:val="single" w:sz="2" w:space="0" w:color="auto"/>
              <w:left w:val="single" w:sz="2" w:space="0" w:color="auto"/>
              <w:bottom w:val="single" w:sz="2" w:space="0" w:color="auto"/>
            </w:tcBorders>
            <w:vAlign w:val="center"/>
          </w:tcPr>
          <w:p w14:paraId="702651F1" w14:textId="42728CA7" w:rsidR="00EC2D73" w:rsidRDefault="00EC2D73" w:rsidP="00EC2D73">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都合の悪い日・曜日など</w:t>
            </w:r>
          </w:p>
        </w:tc>
      </w:tr>
      <w:tr w:rsidR="00EC2D73" w14:paraId="79432E1D" w14:textId="77777777" w:rsidTr="00627E8F">
        <w:trPr>
          <w:trHeight w:val="556"/>
        </w:trPr>
        <w:tc>
          <w:tcPr>
            <w:tcW w:w="1367" w:type="dxa"/>
            <w:vMerge/>
            <w:tcBorders>
              <w:top w:val="single" w:sz="2" w:space="0" w:color="auto"/>
              <w:bottom w:val="single" w:sz="8" w:space="0" w:color="auto"/>
              <w:right w:val="single" w:sz="2" w:space="0" w:color="auto"/>
            </w:tcBorders>
            <w:vAlign w:val="center"/>
          </w:tcPr>
          <w:p w14:paraId="0D529576" w14:textId="77777777" w:rsidR="00EC2D73" w:rsidRPr="00802ECD" w:rsidRDefault="00EC2D73" w:rsidP="0047736B">
            <w:pPr>
              <w:jc w:val="both"/>
              <w:rPr>
                <w:rFonts w:ascii="ＭＳ Ｐゴシック" w:eastAsia="ＭＳ Ｐゴシック" w:hAnsi="ＭＳ Ｐゴシック"/>
                <w:sz w:val="21"/>
                <w:szCs w:val="21"/>
                <w:lang w:eastAsia="ja-JP"/>
              </w:rPr>
            </w:pPr>
          </w:p>
        </w:tc>
        <w:tc>
          <w:tcPr>
            <w:tcW w:w="4521" w:type="dxa"/>
            <w:gridSpan w:val="2"/>
            <w:tcBorders>
              <w:top w:val="single" w:sz="2" w:space="0" w:color="auto"/>
              <w:left w:val="single" w:sz="2" w:space="0" w:color="auto"/>
              <w:bottom w:val="single" w:sz="8" w:space="0" w:color="auto"/>
              <w:right w:val="single" w:sz="2" w:space="0" w:color="auto"/>
            </w:tcBorders>
            <w:vAlign w:val="center"/>
          </w:tcPr>
          <w:p w14:paraId="0F73A50F" w14:textId="77777777" w:rsidR="00EC2D73" w:rsidRDefault="00EC2D73" w:rsidP="0047736B">
            <w:pPr>
              <w:jc w:val="both"/>
              <w:rPr>
                <w:rFonts w:ascii="ＭＳ Ｐゴシック" w:eastAsia="ＭＳ Ｐゴシック" w:hAnsi="ＭＳ Ｐゴシック"/>
                <w:sz w:val="21"/>
                <w:szCs w:val="21"/>
                <w:lang w:eastAsia="ja-JP"/>
              </w:rPr>
            </w:pPr>
          </w:p>
        </w:tc>
        <w:tc>
          <w:tcPr>
            <w:tcW w:w="4602" w:type="dxa"/>
            <w:gridSpan w:val="4"/>
            <w:tcBorders>
              <w:top w:val="single" w:sz="2" w:space="0" w:color="auto"/>
              <w:left w:val="single" w:sz="2" w:space="0" w:color="auto"/>
              <w:bottom w:val="single" w:sz="8" w:space="0" w:color="auto"/>
            </w:tcBorders>
            <w:vAlign w:val="center"/>
          </w:tcPr>
          <w:p w14:paraId="46E278DA" w14:textId="77777777" w:rsidR="00EC2D73" w:rsidRDefault="00EC2D73" w:rsidP="0047736B">
            <w:pPr>
              <w:jc w:val="both"/>
              <w:rPr>
                <w:rFonts w:ascii="ＭＳ Ｐゴシック" w:eastAsia="ＭＳ Ｐゴシック" w:hAnsi="ＭＳ Ｐゴシック"/>
                <w:sz w:val="21"/>
                <w:szCs w:val="21"/>
                <w:lang w:eastAsia="ja-JP"/>
              </w:rPr>
            </w:pPr>
          </w:p>
        </w:tc>
      </w:tr>
    </w:tbl>
    <w:p w14:paraId="6670FE23" w14:textId="77777777" w:rsidR="00802ECD" w:rsidRPr="00802ECD" w:rsidRDefault="00802ECD" w:rsidP="00EC2D73">
      <w:pPr>
        <w:spacing w:beforeLines="30" w:before="72" w:after="0" w:line="240" w:lineRule="auto"/>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※注意事項</w:t>
      </w:r>
    </w:p>
    <w:p w14:paraId="752DC296" w14:textId="77777777" w:rsidR="00D361D8" w:rsidRPr="00D361D8" w:rsidRDefault="00D361D8" w:rsidP="00D361D8">
      <w:pPr>
        <w:pStyle w:val="ae"/>
        <w:numPr>
          <w:ilvl w:val="0"/>
          <w:numId w:val="10"/>
        </w:numPr>
        <w:spacing w:after="0" w:line="240" w:lineRule="auto"/>
        <w:ind w:left="284" w:hanging="284"/>
        <w:rPr>
          <w:rFonts w:ascii="ＭＳ Ｐゴシック" w:eastAsia="ＭＳ Ｐゴシック" w:hAnsi="ＭＳ Ｐゴシック"/>
          <w:sz w:val="21"/>
          <w:szCs w:val="21"/>
          <w:lang w:eastAsia="ja-JP"/>
        </w:rPr>
      </w:pPr>
      <w:r w:rsidRPr="00D361D8">
        <w:rPr>
          <w:rFonts w:ascii="ＭＳ Ｐゴシック" w:eastAsia="ＭＳ Ｐゴシック" w:hAnsi="ＭＳ Ｐゴシック" w:cs="ＭＳ 明朝" w:hint="eastAsia"/>
          <w:sz w:val="21"/>
          <w:szCs w:val="21"/>
          <w:lang w:eastAsia="ja-JP"/>
        </w:rPr>
        <w:t>担当医師および受診希望日について、ご希望に添えない場合がございます。あらかじめご了承ください。</w:t>
      </w:r>
    </w:p>
    <w:p w14:paraId="4CA83733" w14:textId="77777777" w:rsidR="00D361D8" w:rsidRDefault="00D361D8" w:rsidP="00D361D8">
      <w:pPr>
        <w:pStyle w:val="ae"/>
        <w:numPr>
          <w:ilvl w:val="0"/>
          <w:numId w:val="10"/>
        </w:numPr>
        <w:spacing w:after="0" w:line="240" w:lineRule="auto"/>
        <w:ind w:left="284" w:hanging="284"/>
        <w:rPr>
          <w:rFonts w:ascii="ＭＳ Ｐゴシック" w:eastAsia="ＭＳ Ｐゴシック" w:hAnsi="ＭＳ Ｐゴシック"/>
          <w:sz w:val="21"/>
          <w:szCs w:val="21"/>
          <w:lang w:eastAsia="ja-JP"/>
        </w:rPr>
      </w:pPr>
      <w:r w:rsidRPr="00D361D8">
        <w:rPr>
          <w:rFonts w:ascii="ＭＳ Ｐゴシック" w:eastAsia="ＭＳ Ｐゴシック" w:hAnsi="ＭＳ Ｐゴシック" w:hint="eastAsia"/>
          <w:sz w:val="21"/>
          <w:szCs w:val="21"/>
          <w:lang w:eastAsia="ja-JP"/>
        </w:rPr>
        <w:t>予約日の調整に医師への確認が必要な場合は、回答までにお時間をいただくことがございます。その際は、当院から紹介元医療機関のご担当者様へお電話でご連絡いたします。</w:t>
      </w:r>
    </w:p>
    <w:p w14:paraId="56F09719" w14:textId="77777777" w:rsidR="00D361D8" w:rsidRDefault="00D361D8" w:rsidP="00D361D8">
      <w:pPr>
        <w:pStyle w:val="ae"/>
        <w:numPr>
          <w:ilvl w:val="0"/>
          <w:numId w:val="10"/>
        </w:numPr>
        <w:spacing w:after="0" w:line="240" w:lineRule="auto"/>
        <w:ind w:left="284" w:hanging="284"/>
        <w:rPr>
          <w:rFonts w:ascii="ＭＳ Ｐゴシック" w:eastAsia="ＭＳ Ｐゴシック" w:hAnsi="ＭＳ Ｐゴシック"/>
          <w:sz w:val="21"/>
          <w:szCs w:val="21"/>
          <w:lang w:eastAsia="ja-JP"/>
        </w:rPr>
      </w:pPr>
      <w:r w:rsidRPr="00D361D8">
        <w:rPr>
          <w:rFonts w:ascii="ＭＳ Ｐゴシック" w:eastAsia="ＭＳ Ｐゴシック" w:hAnsi="ＭＳ Ｐゴシック" w:hint="eastAsia"/>
          <w:sz w:val="21"/>
          <w:szCs w:val="21"/>
          <w:lang w:eastAsia="ja-JP"/>
        </w:rPr>
        <w:t>予約申込書を</w:t>
      </w:r>
      <w:r w:rsidRPr="00D361D8">
        <w:rPr>
          <w:rFonts w:ascii="ＭＳ Ｐゴシック" w:eastAsia="ＭＳ Ｐゴシック" w:hAnsi="ＭＳ Ｐゴシック"/>
          <w:sz w:val="21"/>
          <w:szCs w:val="21"/>
          <w:lang w:eastAsia="ja-JP"/>
        </w:rPr>
        <w:t>FAX</w:t>
      </w:r>
      <w:r w:rsidRPr="00D361D8">
        <w:rPr>
          <w:rFonts w:ascii="ＭＳ Ｐゴシック" w:eastAsia="ＭＳ Ｐゴシック" w:hAnsi="ＭＳ Ｐゴシック" w:hint="eastAsia"/>
          <w:sz w:val="21"/>
          <w:szCs w:val="21"/>
          <w:lang w:eastAsia="ja-JP"/>
        </w:rPr>
        <w:t>送信後、</w:t>
      </w:r>
      <w:r w:rsidRPr="00D361D8">
        <w:rPr>
          <w:rFonts w:ascii="ＭＳ Ｐゴシック" w:eastAsia="ＭＳ Ｐゴシック" w:hAnsi="ＭＳ Ｐゴシック"/>
          <w:sz w:val="21"/>
          <w:szCs w:val="21"/>
          <w:lang w:eastAsia="ja-JP"/>
        </w:rPr>
        <w:t>30</w:t>
      </w:r>
      <w:r w:rsidRPr="00D361D8">
        <w:rPr>
          <w:rFonts w:ascii="ＭＳ Ｐゴシック" w:eastAsia="ＭＳ Ｐゴシック" w:hAnsi="ＭＳ Ｐゴシック" w:hint="eastAsia"/>
          <w:sz w:val="21"/>
          <w:szCs w:val="21"/>
          <w:lang w:eastAsia="ja-JP"/>
        </w:rPr>
        <w:t>分を過ぎても診察予約票が届かない場合、または②の連絡がない場合は、お手数ですが下記までご連絡くださいますようお願いいたします。</w:t>
      </w:r>
    </w:p>
    <w:p w14:paraId="7408D0AF" w14:textId="1B98FB62" w:rsidR="001B313C" w:rsidRPr="00D361D8" w:rsidRDefault="00D361D8" w:rsidP="00D361D8">
      <w:pPr>
        <w:pStyle w:val="ae"/>
        <w:numPr>
          <w:ilvl w:val="0"/>
          <w:numId w:val="10"/>
        </w:numPr>
        <w:spacing w:after="0" w:line="240" w:lineRule="auto"/>
        <w:ind w:left="284" w:hanging="284"/>
        <w:rPr>
          <w:rFonts w:ascii="ＭＳ Ｐゴシック" w:eastAsia="ＭＳ Ｐゴシック" w:hAnsi="ＭＳ Ｐゴシック"/>
          <w:sz w:val="21"/>
          <w:szCs w:val="21"/>
          <w:lang w:eastAsia="ja-JP"/>
        </w:rPr>
      </w:pPr>
      <w:r w:rsidRPr="00D361D8">
        <w:rPr>
          <w:rFonts w:ascii="ＭＳ Ｐゴシック" w:eastAsia="ＭＳ Ｐゴシック" w:hAnsi="ＭＳ Ｐゴシック" w:hint="eastAsia"/>
          <w:sz w:val="21"/>
          <w:szCs w:val="21"/>
          <w:lang w:eastAsia="ja-JP"/>
        </w:rPr>
        <w:t>受付時間外に到着した</w:t>
      </w:r>
      <w:r w:rsidRPr="00D361D8">
        <w:rPr>
          <w:rFonts w:ascii="ＭＳ Ｐゴシック" w:eastAsia="ＭＳ Ｐゴシック" w:hAnsi="ＭＳ Ｐゴシック"/>
          <w:sz w:val="21"/>
          <w:szCs w:val="21"/>
          <w:lang w:eastAsia="ja-JP"/>
        </w:rPr>
        <w:t>FAX</w:t>
      </w:r>
      <w:r w:rsidRPr="00D361D8">
        <w:rPr>
          <w:rFonts w:ascii="ＭＳ Ｐゴシック" w:eastAsia="ＭＳ Ｐゴシック" w:hAnsi="ＭＳ Ｐゴシック" w:hint="eastAsia"/>
          <w:sz w:val="21"/>
          <w:szCs w:val="21"/>
          <w:lang w:eastAsia="ja-JP"/>
        </w:rPr>
        <w:t>につきましては、翌受付日に対応いたします。</w:t>
      </w:r>
    </w:p>
    <w:sectPr w:rsidR="001B313C" w:rsidRPr="00D361D8" w:rsidSect="007355D2">
      <w:footerReference w:type="default" r:id="rId8"/>
      <w:pgSz w:w="11906" w:h="16838" w:code="9"/>
      <w:pgMar w:top="567" w:right="737" w:bottom="567" w:left="737" w:header="113"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75781" w14:textId="77777777" w:rsidR="00092D3E" w:rsidRDefault="00092D3E" w:rsidP="00802ECD">
      <w:pPr>
        <w:spacing w:after="0" w:line="240" w:lineRule="auto"/>
      </w:pPr>
      <w:r>
        <w:separator/>
      </w:r>
    </w:p>
  </w:endnote>
  <w:endnote w:type="continuationSeparator" w:id="0">
    <w:p w14:paraId="3397AFE1" w14:textId="77777777" w:rsidR="00092D3E" w:rsidRDefault="00092D3E" w:rsidP="0080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F04C" w14:textId="77777777" w:rsidR="004775F6" w:rsidRPr="00802ECD"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天理よろづ相談所病院　　患者総合支援センター　地域医療連携</w:t>
    </w:r>
  </w:p>
  <w:p w14:paraId="2C79C084" w14:textId="3512A979" w:rsidR="00802ECD" w:rsidRPr="004775F6"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電話</w:t>
    </w:r>
    <w:r w:rsidR="0013596B">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0743-63-5611</w:t>
    </w:r>
    <w:r w:rsidR="00A9740A">
      <w:rPr>
        <w:rFonts w:ascii="ＭＳ Ｐゴシック" w:eastAsia="ＭＳ Ｐゴシック" w:hAnsi="ＭＳ Ｐゴシック" w:hint="eastAsia"/>
        <w:sz w:val="21"/>
        <w:szCs w:val="21"/>
        <w:lang w:eastAsia="ja-JP"/>
      </w:rPr>
      <w:t>（代表</w:t>
    </w:r>
    <w:r w:rsidRPr="00802ECD">
      <w:rPr>
        <w:rFonts w:ascii="ＭＳ Ｐゴシック" w:eastAsia="ＭＳ Ｐゴシック" w:hAnsi="ＭＳ Ｐゴシック" w:hint="eastAsia"/>
        <w:sz w:val="21"/>
        <w:szCs w:val="21"/>
        <w:lang w:eastAsia="ja-JP"/>
      </w:rPr>
      <w:t xml:space="preserve">）　</w:t>
    </w:r>
    <w:r w:rsidRPr="00802ECD">
      <w:rPr>
        <w:rFonts w:ascii="ＭＳ Ｐゴシック" w:eastAsia="ＭＳ Ｐゴシック" w:hAnsi="ＭＳ Ｐゴシック"/>
        <w:sz w:val="21"/>
        <w:szCs w:val="21"/>
        <w:lang w:eastAsia="ja-JP"/>
      </w:rPr>
      <w:t>FAX</w:t>
    </w:r>
    <w:r w:rsidR="0013596B">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0743-63-6158</w:t>
    </w:r>
    <w:r w:rsidRPr="00802ECD">
      <w:rPr>
        <w:rFonts w:ascii="ＭＳ Ｐゴシック" w:eastAsia="ＭＳ Ｐゴシック" w:hAnsi="ＭＳ Ｐゴシック" w:hint="eastAsia"/>
        <w:sz w:val="21"/>
        <w:szCs w:val="21"/>
        <w:lang w:eastAsia="ja-JP"/>
      </w:rPr>
      <w:t>（直通）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8F841" w14:textId="77777777" w:rsidR="00092D3E" w:rsidRDefault="00092D3E" w:rsidP="00802ECD">
      <w:pPr>
        <w:spacing w:after="0" w:line="240" w:lineRule="auto"/>
      </w:pPr>
      <w:r>
        <w:separator/>
      </w:r>
    </w:p>
  </w:footnote>
  <w:footnote w:type="continuationSeparator" w:id="0">
    <w:p w14:paraId="1574E912" w14:textId="77777777" w:rsidR="00092D3E" w:rsidRDefault="00092D3E" w:rsidP="00802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7C864F3"/>
    <w:multiLevelType w:val="hybridMultilevel"/>
    <w:tmpl w:val="0FACB4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0E85"/>
    <w:rsid w:val="00034616"/>
    <w:rsid w:val="00055437"/>
    <w:rsid w:val="0006063C"/>
    <w:rsid w:val="000618B6"/>
    <w:rsid w:val="000755F6"/>
    <w:rsid w:val="00092D3E"/>
    <w:rsid w:val="00110B58"/>
    <w:rsid w:val="0013596B"/>
    <w:rsid w:val="0015074B"/>
    <w:rsid w:val="001B313C"/>
    <w:rsid w:val="00226FEB"/>
    <w:rsid w:val="0029639D"/>
    <w:rsid w:val="00325456"/>
    <w:rsid w:val="00326F90"/>
    <w:rsid w:val="003540E2"/>
    <w:rsid w:val="00393895"/>
    <w:rsid w:val="00430E44"/>
    <w:rsid w:val="0047736B"/>
    <w:rsid w:val="004775F6"/>
    <w:rsid w:val="0050190E"/>
    <w:rsid w:val="005215C6"/>
    <w:rsid w:val="005663C8"/>
    <w:rsid w:val="005C5840"/>
    <w:rsid w:val="00627E8F"/>
    <w:rsid w:val="006B009C"/>
    <w:rsid w:val="007355D2"/>
    <w:rsid w:val="00757934"/>
    <w:rsid w:val="007D0E96"/>
    <w:rsid w:val="00802ECD"/>
    <w:rsid w:val="00891E4A"/>
    <w:rsid w:val="008C42ED"/>
    <w:rsid w:val="009013B5"/>
    <w:rsid w:val="00971BA8"/>
    <w:rsid w:val="00991BC9"/>
    <w:rsid w:val="009B6160"/>
    <w:rsid w:val="009C4B6E"/>
    <w:rsid w:val="00A37BD1"/>
    <w:rsid w:val="00A409AD"/>
    <w:rsid w:val="00A52CB1"/>
    <w:rsid w:val="00A75D32"/>
    <w:rsid w:val="00A9740A"/>
    <w:rsid w:val="00AA1D8D"/>
    <w:rsid w:val="00B33B54"/>
    <w:rsid w:val="00B47730"/>
    <w:rsid w:val="00B70F36"/>
    <w:rsid w:val="00C55939"/>
    <w:rsid w:val="00C935F2"/>
    <w:rsid w:val="00CB0664"/>
    <w:rsid w:val="00D05F92"/>
    <w:rsid w:val="00D361D8"/>
    <w:rsid w:val="00D71B81"/>
    <w:rsid w:val="00DF6B10"/>
    <w:rsid w:val="00E419CB"/>
    <w:rsid w:val="00EC2D73"/>
    <w:rsid w:val="00EC38CB"/>
    <w:rsid w:val="00F060F3"/>
    <w:rsid w:val="00F07801"/>
    <w:rsid w:val="00F85AB9"/>
    <w:rsid w:val="00F87092"/>
    <w:rsid w:val="00FA3846"/>
    <w:rsid w:val="00FA66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67AEF3E"/>
  <w14:defaultImageDpi w14:val="300"/>
  <w15:docId w15:val="{B7A120CD-91EF-45F5-AF8A-0C35A45B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Noto Sans CJK JP" w:eastAsia="Noto Sans CJK JP" w:hAnsi="Noto Sans CJK JP"/>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Balloon Text"/>
    <w:basedOn w:val="a1"/>
    <w:link w:val="aff0"/>
    <w:uiPriority w:val="99"/>
    <w:semiHidden/>
    <w:unhideWhenUsed/>
    <w:rsid w:val="006B009C"/>
    <w:pPr>
      <w:spacing w:after="0" w:line="240" w:lineRule="auto"/>
    </w:pPr>
    <w:rPr>
      <w:rFonts w:asciiTheme="majorHAnsi" w:eastAsiaTheme="majorEastAsia" w:hAnsiTheme="majorHAnsi" w:cstheme="majorBidi"/>
      <w:szCs w:val="18"/>
    </w:rPr>
  </w:style>
  <w:style w:type="character" w:customStyle="1" w:styleId="aff0">
    <w:name w:val="吹き出し (文字)"/>
    <w:basedOn w:val="a2"/>
    <w:link w:val="aff"/>
    <w:uiPriority w:val="99"/>
    <w:semiHidden/>
    <w:rsid w:val="006B00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4864B-FC4E-43E3-A639-A2F7C26B4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139</Words>
  <Characters>794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IKOID221</cp:lastModifiedBy>
  <cp:revision>8</cp:revision>
  <cp:lastPrinted>2026-10-22T10:44:00Z</cp:lastPrinted>
  <dcterms:created xsi:type="dcterms:W3CDTF">2026-10-06T05:16:00Z</dcterms:created>
  <dcterms:modified xsi:type="dcterms:W3CDTF">2026-10-27T23:28:00Z</dcterms:modified>
  <cp:category/>
</cp:coreProperties>
</file>